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28C2C" w14:textId="77777777" w:rsidR="00BE52EF" w:rsidRPr="007D1610" w:rsidRDefault="00000000">
      <w:pPr>
        <w:spacing w:before="800"/>
        <w:jc w:val="center"/>
        <w:rPr>
          <w:lang w:val="es-PA"/>
        </w:rPr>
      </w:pPr>
      <w:r w:rsidRPr="007D1610">
        <w:rPr>
          <w:b/>
          <w:color w:val="1F3A5F"/>
          <w:sz w:val="24"/>
          <w:lang w:val="es-PA"/>
        </w:rPr>
        <w:t>UNIVERSIDAD TECNOLOGICA DE PANAMA</w:t>
      </w:r>
    </w:p>
    <w:p w14:paraId="79F84D99" w14:textId="77777777" w:rsidR="00BE52EF" w:rsidRPr="007D1610" w:rsidRDefault="00000000">
      <w:pPr>
        <w:jc w:val="center"/>
        <w:rPr>
          <w:lang w:val="es-PA"/>
        </w:rPr>
      </w:pPr>
      <w:r w:rsidRPr="007D1610">
        <w:rPr>
          <w:color w:val="444444"/>
          <w:lang w:val="es-PA"/>
        </w:rPr>
        <w:t>Facultad de Ingenieria de Sistemas Computacionales</w:t>
      </w:r>
    </w:p>
    <w:p w14:paraId="45C5D52D" w14:textId="77777777" w:rsidR="00BE52EF" w:rsidRPr="007D1610" w:rsidRDefault="00000000">
      <w:pPr>
        <w:jc w:val="center"/>
        <w:rPr>
          <w:lang w:val="es-PA"/>
        </w:rPr>
      </w:pPr>
      <w:r w:rsidRPr="007D1610">
        <w:rPr>
          <w:color w:val="444444"/>
          <w:lang w:val="es-PA"/>
        </w:rPr>
        <w:t>Licenciatura en Desarrollo y Gestion de Software</w:t>
      </w:r>
    </w:p>
    <w:p w14:paraId="518FFD15" w14:textId="77777777" w:rsidR="00BE52EF" w:rsidRPr="007D1610" w:rsidRDefault="00BE52EF">
      <w:pPr>
        <w:rPr>
          <w:lang w:val="es-PA"/>
        </w:rPr>
      </w:pPr>
    </w:p>
    <w:p w14:paraId="1BECF163" w14:textId="77777777" w:rsidR="00BE52EF" w:rsidRPr="007D1610" w:rsidRDefault="00000000">
      <w:pPr>
        <w:spacing w:before="480"/>
        <w:jc w:val="center"/>
        <w:rPr>
          <w:lang w:val="es-PA"/>
        </w:rPr>
      </w:pPr>
      <w:r w:rsidRPr="007D1610">
        <w:rPr>
          <w:b/>
          <w:color w:val="1F3A5F"/>
          <w:sz w:val="52"/>
          <w:lang w:val="es-PA"/>
        </w:rPr>
        <w:t>UNIDAD IV</w:t>
      </w:r>
    </w:p>
    <w:p w14:paraId="6BF525E0" w14:textId="77777777" w:rsidR="00BE52EF" w:rsidRPr="007D1610" w:rsidRDefault="00000000">
      <w:pPr>
        <w:jc w:val="center"/>
        <w:rPr>
          <w:lang w:val="es-PA"/>
        </w:rPr>
      </w:pPr>
      <w:r w:rsidRPr="007D1610">
        <w:rPr>
          <w:b/>
          <w:color w:val="2E5C8A"/>
          <w:sz w:val="40"/>
          <w:lang w:val="es-PA"/>
        </w:rPr>
        <w:t>FUNDAMENTOS DEL MODELO RELACIONAL</w:t>
      </w:r>
    </w:p>
    <w:p w14:paraId="36BAE415" w14:textId="77777777" w:rsidR="00BE52EF" w:rsidRPr="007D1610" w:rsidRDefault="00BE52EF">
      <w:pPr>
        <w:rPr>
          <w:lang w:val="es-PA"/>
        </w:rPr>
      </w:pPr>
    </w:p>
    <w:p w14:paraId="3ACCCE13" w14:textId="77777777" w:rsidR="00BE52EF" w:rsidRPr="007D1610" w:rsidRDefault="00000000">
      <w:pPr>
        <w:jc w:val="center"/>
        <w:rPr>
          <w:lang w:val="es-PA"/>
        </w:rPr>
      </w:pPr>
      <w:r w:rsidRPr="007D1610">
        <w:rPr>
          <w:i/>
          <w:color w:val="444444"/>
          <w:sz w:val="28"/>
          <w:lang w:val="es-PA"/>
        </w:rPr>
        <w:t>GUIA DE ESTUDIO UNIFICADA</w:t>
      </w:r>
    </w:p>
    <w:p w14:paraId="5E0A7D93" w14:textId="77777777" w:rsidR="00BE52EF" w:rsidRPr="007D1610" w:rsidRDefault="00000000">
      <w:pPr>
        <w:jc w:val="center"/>
        <w:rPr>
          <w:lang w:val="es-PA"/>
        </w:rPr>
      </w:pPr>
      <w:r w:rsidRPr="007D1610">
        <w:rPr>
          <w:color w:val="444444"/>
          <w:sz w:val="26"/>
          <w:lang w:val="es-PA"/>
        </w:rPr>
        <w:t>Semana 6  +  Semana 7</w:t>
      </w:r>
    </w:p>
    <w:p w14:paraId="538065F7" w14:textId="77777777" w:rsidR="00BE52EF" w:rsidRPr="007D1610" w:rsidRDefault="00BE52EF">
      <w:pPr>
        <w:rPr>
          <w:lang w:val="es-PA"/>
        </w:rPr>
      </w:pPr>
    </w:p>
    <w:p w14:paraId="7FD48E57" w14:textId="77777777" w:rsidR="00BE52EF" w:rsidRPr="007D1610" w:rsidRDefault="00BE52EF">
      <w:pPr>
        <w:rPr>
          <w:lang w:val="es-PA"/>
        </w:rPr>
      </w:pPr>
    </w:p>
    <w:tbl>
      <w:tblPr>
        <w:tblW w:w="0" w:type="auto"/>
        <w:jc w:val="center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ook w:val="04A0" w:firstRow="1" w:lastRow="0" w:firstColumn="1" w:lastColumn="0" w:noHBand="0" w:noVBand="1"/>
      </w:tblPr>
      <w:tblGrid>
        <w:gridCol w:w="2381"/>
        <w:gridCol w:w="6406"/>
      </w:tblGrid>
      <w:tr w:rsidR="00BE52EF" w14:paraId="352A03B7" w14:textId="77777777">
        <w:trPr>
          <w:jc w:val="center"/>
        </w:trPr>
        <w:tc>
          <w:tcPr>
            <w:tcW w:w="2381" w:type="dxa"/>
            <w:shd w:val="clear" w:color="auto" w:fill="1F3A5F"/>
          </w:tcPr>
          <w:p w14:paraId="1865A91A" w14:textId="77777777" w:rsidR="00BE52EF" w:rsidRDefault="00000000">
            <w:r>
              <w:rPr>
                <w:b/>
                <w:color w:val="FFFFFF"/>
                <w:sz w:val="20"/>
              </w:rPr>
              <w:t>Dato</w:t>
            </w:r>
          </w:p>
        </w:tc>
        <w:tc>
          <w:tcPr>
            <w:tcW w:w="6406" w:type="dxa"/>
            <w:shd w:val="clear" w:color="auto" w:fill="1F3A5F"/>
          </w:tcPr>
          <w:p w14:paraId="0F1509EA" w14:textId="77777777" w:rsidR="00BE52EF" w:rsidRDefault="00000000">
            <w:r>
              <w:rPr>
                <w:b/>
                <w:color w:val="FFFFFF"/>
                <w:sz w:val="20"/>
              </w:rPr>
              <w:t>Informacion</w:t>
            </w:r>
          </w:p>
        </w:tc>
      </w:tr>
      <w:tr w:rsidR="00BE52EF" w:rsidRPr="007D1610" w14:paraId="5AA82B68" w14:textId="77777777">
        <w:trPr>
          <w:jc w:val="center"/>
        </w:trPr>
        <w:tc>
          <w:tcPr>
            <w:tcW w:w="2381" w:type="dxa"/>
          </w:tcPr>
          <w:p w14:paraId="27DD55AE" w14:textId="77777777" w:rsidR="00BE52EF" w:rsidRDefault="00000000">
            <w:pPr>
              <w:spacing w:after="40"/>
            </w:pPr>
            <w:r>
              <w:rPr>
                <w:sz w:val="20"/>
              </w:rPr>
              <w:t>Materia</w:t>
            </w:r>
          </w:p>
        </w:tc>
        <w:tc>
          <w:tcPr>
            <w:tcW w:w="6406" w:type="dxa"/>
          </w:tcPr>
          <w:p w14:paraId="712CB1A6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Base de Datos I (Cod. 8398)</w:t>
            </w:r>
          </w:p>
        </w:tc>
      </w:tr>
      <w:tr w:rsidR="00BE52EF" w14:paraId="2B17535B" w14:textId="77777777">
        <w:trPr>
          <w:jc w:val="center"/>
        </w:trPr>
        <w:tc>
          <w:tcPr>
            <w:tcW w:w="2381" w:type="dxa"/>
            <w:shd w:val="clear" w:color="auto" w:fill="EEF2F7"/>
          </w:tcPr>
          <w:p w14:paraId="00962999" w14:textId="77777777" w:rsidR="00BE52EF" w:rsidRDefault="00000000">
            <w:pPr>
              <w:spacing w:after="40"/>
            </w:pPr>
            <w:r>
              <w:rPr>
                <w:sz w:val="20"/>
              </w:rPr>
              <w:t>Grupo</w:t>
            </w:r>
          </w:p>
        </w:tc>
        <w:tc>
          <w:tcPr>
            <w:tcW w:w="6406" w:type="dxa"/>
            <w:shd w:val="clear" w:color="auto" w:fill="EEF2F7"/>
          </w:tcPr>
          <w:p w14:paraId="1BC68CE1" w14:textId="77777777" w:rsidR="00BE52EF" w:rsidRDefault="00000000">
            <w:pPr>
              <w:spacing w:after="40"/>
            </w:pPr>
            <w:r>
              <w:rPr>
                <w:sz w:val="20"/>
              </w:rPr>
              <w:t>2GS211 - II Semestre 2026</w:t>
            </w:r>
          </w:p>
        </w:tc>
      </w:tr>
      <w:tr w:rsidR="00BE52EF" w14:paraId="591CD6C7" w14:textId="77777777">
        <w:trPr>
          <w:jc w:val="center"/>
        </w:trPr>
        <w:tc>
          <w:tcPr>
            <w:tcW w:w="2381" w:type="dxa"/>
          </w:tcPr>
          <w:p w14:paraId="38E59134" w14:textId="77777777" w:rsidR="00BE52EF" w:rsidRDefault="00000000">
            <w:pPr>
              <w:spacing w:after="40"/>
            </w:pPr>
            <w:r>
              <w:rPr>
                <w:sz w:val="20"/>
              </w:rPr>
              <w:t>Cod. Horario</w:t>
            </w:r>
          </w:p>
        </w:tc>
        <w:tc>
          <w:tcPr>
            <w:tcW w:w="6406" w:type="dxa"/>
          </w:tcPr>
          <w:p w14:paraId="5A00507E" w14:textId="77777777" w:rsidR="00BE52EF" w:rsidRDefault="00000000">
            <w:pPr>
              <w:spacing w:after="40"/>
            </w:pPr>
            <w:r>
              <w:rPr>
                <w:sz w:val="20"/>
              </w:rPr>
              <w:t>3971</w:t>
            </w:r>
          </w:p>
        </w:tc>
      </w:tr>
      <w:tr w:rsidR="00BE52EF" w14:paraId="2CA18BE1" w14:textId="77777777">
        <w:trPr>
          <w:jc w:val="center"/>
        </w:trPr>
        <w:tc>
          <w:tcPr>
            <w:tcW w:w="2381" w:type="dxa"/>
            <w:shd w:val="clear" w:color="auto" w:fill="EEF2F7"/>
          </w:tcPr>
          <w:p w14:paraId="42686470" w14:textId="77777777" w:rsidR="00BE52EF" w:rsidRDefault="00000000">
            <w:pPr>
              <w:spacing w:after="40"/>
            </w:pPr>
            <w:r>
              <w:rPr>
                <w:sz w:val="20"/>
              </w:rPr>
              <w:t>Profesora</w:t>
            </w:r>
          </w:p>
        </w:tc>
        <w:tc>
          <w:tcPr>
            <w:tcW w:w="6406" w:type="dxa"/>
            <w:shd w:val="clear" w:color="auto" w:fill="EEF2F7"/>
          </w:tcPr>
          <w:p w14:paraId="39E1F5DA" w14:textId="77777777" w:rsidR="00BE52EF" w:rsidRDefault="00000000">
            <w:pPr>
              <w:spacing w:after="40"/>
            </w:pPr>
            <w:r>
              <w:rPr>
                <w:sz w:val="20"/>
              </w:rPr>
              <w:t>Marlenis A. Pimentel M.</w:t>
            </w:r>
          </w:p>
        </w:tc>
      </w:tr>
      <w:tr w:rsidR="00BE52EF" w:rsidRPr="007D1610" w14:paraId="4CB75197" w14:textId="77777777">
        <w:trPr>
          <w:jc w:val="center"/>
        </w:trPr>
        <w:tc>
          <w:tcPr>
            <w:tcW w:w="2381" w:type="dxa"/>
          </w:tcPr>
          <w:p w14:paraId="4C800EDA" w14:textId="77777777" w:rsidR="00BE52EF" w:rsidRDefault="00000000">
            <w:pPr>
              <w:spacing w:after="40"/>
            </w:pPr>
            <w:r>
              <w:rPr>
                <w:sz w:val="20"/>
              </w:rPr>
              <w:t>Fechas</w:t>
            </w:r>
          </w:p>
        </w:tc>
        <w:tc>
          <w:tcPr>
            <w:tcW w:w="6406" w:type="dxa"/>
          </w:tcPr>
          <w:p w14:paraId="67C6B269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Viernes 25 de septiembre 2026 / Jueves 1 de octubre 2026</w:t>
            </w:r>
          </w:p>
        </w:tc>
      </w:tr>
      <w:tr w:rsidR="00BE52EF" w14:paraId="137FFB2D" w14:textId="77777777">
        <w:trPr>
          <w:jc w:val="center"/>
        </w:trPr>
        <w:tc>
          <w:tcPr>
            <w:tcW w:w="2381" w:type="dxa"/>
            <w:shd w:val="clear" w:color="auto" w:fill="EEF2F7"/>
          </w:tcPr>
          <w:p w14:paraId="2FC1F9D4" w14:textId="77777777" w:rsidR="00BE52EF" w:rsidRDefault="00000000">
            <w:pPr>
              <w:spacing w:after="40"/>
            </w:pPr>
            <w:r>
              <w:rPr>
                <w:sz w:val="20"/>
              </w:rPr>
              <w:t>Contenido</w:t>
            </w:r>
          </w:p>
        </w:tc>
        <w:tc>
          <w:tcPr>
            <w:tcW w:w="6406" w:type="dxa"/>
            <w:shd w:val="clear" w:color="auto" w:fill="EEF2F7"/>
          </w:tcPr>
          <w:p w14:paraId="3F9A0A0A" w14:textId="77777777" w:rsidR="00BE52EF" w:rsidRDefault="00000000">
            <w:pPr>
              <w:spacing w:after="40"/>
            </w:pPr>
            <w:r>
              <w:rPr>
                <w:sz w:val="20"/>
              </w:rPr>
              <w:t>Modelo Relacional + Algebra Relacional</w:t>
            </w:r>
          </w:p>
        </w:tc>
      </w:tr>
    </w:tbl>
    <w:p w14:paraId="2FD3A326" w14:textId="77777777" w:rsidR="00BE52EF" w:rsidRDefault="00BE52EF">
      <w:pPr>
        <w:spacing w:after="40"/>
      </w:pPr>
    </w:p>
    <w:p w14:paraId="6526AC50" w14:textId="77777777" w:rsidR="00BE52EF" w:rsidRDefault="00000000">
      <w:r>
        <w:br w:type="page"/>
      </w:r>
    </w:p>
    <w:p w14:paraId="17AD6C28" w14:textId="77777777" w:rsidR="00BE52EF" w:rsidRDefault="00000000">
      <w:pPr>
        <w:spacing w:before="360" w:after="160"/>
      </w:pPr>
      <w:r>
        <w:rPr>
          <w:b/>
          <w:color w:val="1F3A5F"/>
          <w:sz w:val="32"/>
        </w:rPr>
        <w:lastRenderedPageBreak/>
        <w:t>CONTENIDO</w:t>
      </w:r>
    </w:p>
    <w:tbl>
      <w:tblPr>
        <w:tblW w:w="0" w:type="auto"/>
        <w:jc w:val="center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ook w:val="04A0" w:firstRow="1" w:lastRow="0" w:firstColumn="1" w:lastColumn="0" w:noHBand="0" w:noVBand="1"/>
      </w:tblPr>
      <w:tblGrid>
        <w:gridCol w:w="1361"/>
        <w:gridCol w:w="3061"/>
        <w:gridCol w:w="4365"/>
      </w:tblGrid>
      <w:tr w:rsidR="00BE52EF" w14:paraId="63513174" w14:textId="77777777">
        <w:trPr>
          <w:jc w:val="center"/>
        </w:trPr>
        <w:tc>
          <w:tcPr>
            <w:tcW w:w="1361" w:type="dxa"/>
            <w:shd w:val="clear" w:color="auto" w:fill="1F3A5F"/>
          </w:tcPr>
          <w:p w14:paraId="731AEE01" w14:textId="77777777" w:rsidR="00BE52EF" w:rsidRDefault="00000000">
            <w:r>
              <w:rPr>
                <w:b/>
                <w:color w:val="FFFFFF"/>
                <w:sz w:val="20"/>
              </w:rPr>
              <w:t>Parte</w:t>
            </w:r>
          </w:p>
        </w:tc>
        <w:tc>
          <w:tcPr>
            <w:tcW w:w="3061" w:type="dxa"/>
            <w:shd w:val="clear" w:color="auto" w:fill="1F3A5F"/>
          </w:tcPr>
          <w:p w14:paraId="6B299465" w14:textId="77777777" w:rsidR="00BE52EF" w:rsidRDefault="00000000">
            <w:r>
              <w:rPr>
                <w:b/>
                <w:color w:val="FFFFFF"/>
                <w:sz w:val="20"/>
              </w:rPr>
              <w:t>Tema</w:t>
            </w:r>
          </w:p>
        </w:tc>
        <w:tc>
          <w:tcPr>
            <w:tcW w:w="4365" w:type="dxa"/>
            <w:shd w:val="clear" w:color="auto" w:fill="1F3A5F"/>
          </w:tcPr>
          <w:p w14:paraId="352EE698" w14:textId="77777777" w:rsidR="00BE52EF" w:rsidRDefault="00000000">
            <w:r>
              <w:rPr>
                <w:b/>
                <w:color w:val="FFFFFF"/>
                <w:sz w:val="20"/>
              </w:rPr>
              <w:t>Secciones</w:t>
            </w:r>
          </w:p>
        </w:tc>
      </w:tr>
      <w:tr w:rsidR="00BE52EF" w:rsidRPr="007D1610" w14:paraId="0505AEC1" w14:textId="77777777">
        <w:trPr>
          <w:jc w:val="center"/>
        </w:trPr>
        <w:tc>
          <w:tcPr>
            <w:tcW w:w="1361" w:type="dxa"/>
          </w:tcPr>
          <w:p w14:paraId="3CE31FFC" w14:textId="77777777" w:rsidR="00BE52EF" w:rsidRDefault="00000000">
            <w:pPr>
              <w:spacing w:after="40"/>
            </w:pPr>
            <w:r>
              <w:rPr>
                <w:sz w:val="20"/>
              </w:rPr>
              <w:t>PARTE 1</w:t>
            </w:r>
          </w:p>
        </w:tc>
        <w:tc>
          <w:tcPr>
            <w:tcW w:w="3061" w:type="dxa"/>
          </w:tcPr>
          <w:p w14:paraId="704ECF26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Conceptos del Modelo Relacional (Semana 6)</w:t>
            </w:r>
          </w:p>
        </w:tc>
        <w:tc>
          <w:tcPr>
            <w:tcW w:w="4365" w:type="dxa"/>
          </w:tcPr>
          <w:p w14:paraId="1A6DE562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1.1 Fundamentos  |  1.2 Conceptos clave  |  1.3 Integridad  |  1.4 Claves</w:t>
            </w:r>
            <w:r w:rsidRPr="007D1610">
              <w:rPr>
                <w:sz w:val="20"/>
                <w:lang w:val="es-PA"/>
              </w:rPr>
              <w:br/>
              <w:t>1.5 Valores nulos  |  1.6 Dominios  |  1.7 Conversion ER -&gt; Relacional  |  1.8 E-R vs Relacional</w:t>
            </w:r>
          </w:p>
        </w:tc>
      </w:tr>
      <w:tr w:rsidR="00BE52EF" w:rsidRPr="007D1610" w14:paraId="1CA1BE64" w14:textId="77777777">
        <w:trPr>
          <w:jc w:val="center"/>
        </w:trPr>
        <w:tc>
          <w:tcPr>
            <w:tcW w:w="1361" w:type="dxa"/>
            <w:shd w:val="clear" w:color="auto" w:fill="EEF2F7"/>
          </w:tcPr>
          <w:p w14:paraId="460DE6E6" w14:textId="77777777" w:rsidR="00BE52EF" w:rsidRDefault="00000000">
            <w:pPr>
              <w:spacing w:after="40"/>
            </w:pPr>
            <w:r>
              <w:rPr>
                <w:sz w:val="20"/>
              </w:rPr>
              <w:t>PARTE 2</w:t>
            </w:r>
          </w:p>
        </w:tc>
        <w:tc>
          <w:tcPr>
            <w:tcW w:w="3061" w:type="dxa"/>
            <w:shd w:val="clear" w:color="auto" w:fill="EEF2F7"/>
          </w:tcPr>
          <w:p w14:paraId="1E5FD5A8" w14:textId="77777777" w:rsidR="00BE52EF" w:rsidRDefault="00000000">
            <w:pPr>
              <w:spacing w:after="40"/>
            </w:pPr>
            <w:r>
              <w:rPr>
                <w:sz w:val="20"/>
              </w:rPr>
              <w:t>Algebra Relacional (Semana 7)</w:t>
            </w:r>
          </w:p>
        </w:tc>
        <w:tc>
          <w:tcPr>
            <w:tcW w:w="4365" w:type="dxa"/>
            <w:shd w:val="clear" w:color="auto" w:fill="EEF2F7"/>
          </w:tcPr>
          <w:p w14:paraId="5D94482D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2.1 Concepto  |  2.2 Las 9 operaciones  |  2.3 Detalle y ejemplos</w:t>
            </w:r>
            <w:r w:rsidRPr="007D1610">
              <w:rPr>
                <w:sz w:val="20"/>
                <w:lang w:val="es-PA"/>
              </w:rPr>
              <w:br/>
              <w:t>2.4 Algebra -&gt; SQL  |  2.5 Importancia</w:t>
            </w:r>
          </w:p>
        </w:tc>
      </w:tr>
      <w:tr w:rsidR="00BE52EF" w14:paraId="13A15508" w14:textId="77777777">
        <w:trPr>
          <w:jc w:val="center"/>
        </w:trPr>
        <w:tc>
          <w:tcPr>
            <w:tcW w:w="1361" w:type="dxa"/>
          </w:tcPr>
          <w:p w14:paraId="0411C638" w14:textId="77777777" w:rsidR="00BE52EF" w:rsidRDefault="00000000">
            <w:pPr>
              <w:spacing w:after="40"/>
            </w:pPr>
            <w:r>
              <w:rPr>
                <w:sz w:val="20"/>
              </w:rPr>
              <w:t>PARTE 3</w:t>
            </w:r>
          </w:p>
        </w:tc>
        <w:tc>
          <w:tcPr>
            <w:tcW w:w="3061" w:type="dxa"/>
          </w:tcPr>
          <w:p w14:paraId="38EDF530" w14:textId="77777777" w:rsidR="00BE52EF" w:rsidRDefault="00000000">
            <w:pPr>
              <w:spacing w:after="40"/>
            </w:pPr>
            <w:r>
              <w:rPr>
                <w:sz w:val="20"/>
              </w:rPr>
              <w:t>Refuerzo Practico</w:t>
            </w:r>
          </w:p>
        </w:tc>
        <w:tc>
          <w:tcPr>
            <w:tcW w:w="4365" w:type="dxa"/>
          </w:tcPr>
          <w:p w14:paraId="1BE3F7AC" w14:textId="77777777" w:rsidR="00BE52EF" w:rsidRDefault="00000000">
            <w:pPr>
              <w:spacing w:after="40"/>
            </w:pPr>
            <w:r>
              <w:rPr>
                <w:sz w:val="20"/>
              </w:rPr>
              <w:t>Ejercicios tipo examen</w:t>
            </w:r>
          </w:p>
        </w:tc>
      </w:tr>
      <w:tr w:rsidR="00BE52EF" w14:paraId="41E79777" w14:textId="77777777">
        <w:trPr>
          <w:jc w:val="center"/>
        </w:trPr>
        <w:tc>
          <w:tcPr>
            <w:tcW w:w="1361" w:type="dxa"/>
            <w:shd w:val="clear" w:color="auto" w:fill="EEF2F7"/>
          </w:tcPr>
          <w:p w14:paraId="2F47DBB0" w14:textId="77777777" w:rsidR="00BE52EF" w:rsidRDefault="00000000">
            <w:pPr>
              <w:spacing w:after="40"/>
            </w:pPr>
            <w:r>
              <w:rPr>
                <w:sz w:val="20"/>
              </w:rPr>
              <w:t>PARTE 4</w:t>
            </w:r>
          </w:p>
        </w:tc>
        <w:tc>
          <w:tcPr>
            <w:tcW w:w="3061" w:type="dxa"/>
            <w:shd w:val="clear" w:color="auto" w:fill="EEF2F7"/>
          </w:tcPr>
          <w:p w14:paraId="72C3C939" w14:textId="77777777" w:rsidR="00BE52EF" w:rsidRDefault="00000000">
            <w:pPr>
              <w:spacing w:after="40"/>
            </w:pPr>
            <w:r>
              <w:rPr>
                <w:sz w:val="20"/>
              </w:rPr>
              <w:t>Banco de Preguntas</w:t>
            </w:r>
          </w:p>
        </w:tc>
        <w:tc>
          <w:tcPr>
            <w:tcW w:w="4365" w:type="dxa"/>
            <w:shd w:val="clear" w:color="auto" w:fill="EEF2F7"/>
          </w:tcPr>
          <w:p w14:paraId="5C0B8B30" w14:textId="77777777" w:rsidR="00BE52EF" w:rsidRDefault="00000000">
            <w:pPr>
              <w:spacing w:after="40"/>
            </w:pPr>
            <w:r>
              <w:rPr>
                <w:sz w:val="20"/>
              </w:rPr>
              <w:t>16 preguntas con respuesta</w:t>
            </w:r>
          </w:p>
        </w:tc>
      </w:tr>
      <w:tr w:rsidR="00BE52EF" w:rsidRPr="007D1610" w14:paraId="39F5B47A" w14:textId="77777777">
        <w:trPr>
          <w:jc w:val="center"/>
        </w:trPr>
        <w:tc>
          <w:tcPr>
            <w:tcW w:w="1361" w:type="dxa"/>
          </w:tcPr>
          <w:p w14:paraId="6CAA80B3" w14:textId="77777777" w:rsidR="00BE52EF" w:rsidRDefault="00000000">
            <w:pPr>
              <w:spacing w:after="40"/>
            </w:pPr>
            <w:r>
              <w:rPr>
                <w:sz w:val="20"/>
              </w:rPr>
              <w:t>PARTE 5</w:t>
            </w:r>
          </w:p>
        </w:tc>
        <w:tc>
          <w:tcPr>
            <w:tcW w:w="3061" w:type="dxa"/>
          </w:tcPr>
          <w:p w14:paraId="64185660" w14:textId="77777777" w:rsidR="00BE52EF" w:rsidRDefault="00000000">
            <w:pPr>
              <w:spacing w:after="40"/>
            </w:pPr>
            <w:r>
              <w:rPr>
                <w:sz w:val="20"/>
              </w:rPr>
              <w:t>Cheat Sheet</w:t>
            </w:r>
          </w:p>
        </w:tc>
        <w:tc>
          <w:tcPr>
            <w:tcW w:w="4365" w:type="dxa"/>
          </w:tcPr>
          <w:p w14:paraId="14B68AC0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Resumen de una pagina para repaso rapido</w:t>
            </w:r>
          </w:p>
        </w:tc>
      </w:tr>
    </w:tbl>
    <w:p w14:paraId="22198629" w14:textId="77777777" w:rsidR="00BE52EF" w:rsidRPr="007D1610" w:rsidRDefault="00BE52EF">
      <w:pPr>
        <w:spacing w:after="40"/>
        <w:rPr>
          <w:lang w:val="es-PA"/>
        </w:rPr>
      </w:pPr>
    </w:p>
    <w:p w14:paraId="483CA491" w14:textId="77777777" w:rsidR="00BE52EF" w:rsidRPr="007D1610" w:rsidRDefault="00000000">
      <w:pPr>
        <w:rPr>
          <w:lang w:val="es-PA"/>
        </w:rPr>
      </w:pPr>
      <w:r w:rsidRPr="007D1610">
        <w:rPr>
          <w:lang w:val="es-PA"/>
        </w:rPr>
        <w:br w:type="page"/>
      </w:r>
    </w:p>
    <w:p w14:paraId="59822810" w14:textId="77777777" w:rsidR="00BE52EF" w:rsidRPr="007D1610" w:rsidRDefault="00000000">
      <w:pPr>
        <w:spacing w:before="360" w:after="160"/>
        <w:rPr>
          <w:lang w:val="es-PA"/>
        </w:rPr>
      </w:pPr>
      <w:r w:rsidRPr="007D1610">
        <w:rPr>
          <w:b/>
          <w:color w:val="1F3A5F"/>
          <w:sz w:val="32"/>
          <w:lang w:val="es-PA"/>
        </w:rPr>
        <w:lastRenderedPageBreak/>
        <w:t>PARTE 1 - CONCEPTOS DEL MODELO RELACIONAL (Semana 6)</w:t>
      </w:r>
    </w:p>
    <w:p w14:paraId="7147E266" w14:textId="77777777" w:rsidR="00BE52EF" w:rsidRPr="007D1610" w:rsidRDefault="00000000">
      <w:pPr>
        <w:spacing w:before="240" w:after="80"/>
        <w:rPr>
          <w:lang w:val="es-PA"/>
        </w:rPr>
      </w:pPr>
      <w:r w:rsidRPr="007D1610">
        <w:rPr>
          <w:b/>
          <w:color w:val="2E5C8A"/>
          <w:sz w:val="26"/>
          <w:lang w:val="es-PA"/>
        </w:rPr>
        <w:t>1.1 Fundamentos del modelo de datos relacional</w:t>
      </w:r>
    </w:p>
    <w:p w14:paraId="6DC5552B" w14:textId="77777777" w:rsidR="00BE52EF" w:rsidRPr="007D1610" w:rsidRDefault="00000000">
      <w:pPr>
        <w:rPr>
          <w:lang w:val="es-PA"/>
        </w:rPr>
      </w:pPr>
      <w:r w:rsidRPr="007D1610">
        <w:rPr>
          <w:lang w:val="es-PA"/>
        </w:rPr>
        <w:t>El modelo relacional representa los datos mediante relaciones, que de manera practica suelen visualizarse como tablas.</w:t>
      </w:r>
    </w:p>
    <w:p w14:paraId="46614509" w14:textId="77777777" w:rsidR="00BE52EF" w:rsidRPr="007D1610" w:rsidRDefault="00000000">
      <w:pPr>
        <w:rPr>
          <w:lang w:val="es-PA"/>
        </w:rPr>
      </w:pPr>
      <w:r w:rsidRPr="007D1610">
        <w:rPr>
          <w:b/>
          <w:lang w:val="es-PA"/>
        </w:rPr>
        <w:t>Una relacion esta formada por:</w:t>
      </w:r>
    </w:p>
    <w:tbl>
      <w:tblPr>
        <w:tblW w:w="0" w:type="auto"/>
        <w:jc w:val="center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ook w:val="04A0" w:firstRow="1" w:lastRow="0" w:firstColumn="1" w:lastColumn="0" w:noHBand="0" w:noVBand="1"/>
      </w:tblPr>
      <w:tblGrid>
        <w:gridCol w:w="2268"/>
        <w:gridCol w:w="6520"/>
      </w:tblGrid>
      <w:tr w:rsidR="00BE52EF" w14:paraId="761E764D" w14:textId="77777777">
        <w:trPr>
          <w:jc w:val="center"/>
        </w:trPr>
        <w:tc>
          <w:tcPr>
            <w:tcW w:w="2268" w:type="dxa"/>
            <w:shd w:val="clear" w:color="auto" w:fill="1F3A5F"/>
          </w:tcPr>
          <w:p w14:paraId="1CA25233" w14:textId="77777777" w:rsidR="00BE52EF" w:rsidRDefault="00000000">
            <w:r>
              <w:rPr>
                <w:b/>
                <w:color w:val="FFFFFF"/>
                <w:sz w:val="20"/>
              </w:rPr>
              <w:t>Elemento</w:t>
            </w:r>
          </w:p>
        </w:tc>
        <w:tc>
          <w:tcPr>
            <w:tcW w:w="6520" w:type="dxa"/>
            <w:shd w:val="clear" w:color="auto" w:fill="1F3A5F"/>
          </w:tcPr>
          <w:p w14:paraId="1A381F88" w14:textId="77777777" w:rsidR="00BE52EF" w:rsidRDefault="00000000">
            <w:r>
              <w:rPr>
                <w:b/>
                <w:color w:val="FFFFFF"/>
                <w:sz w:val="20"/>
              </w:rPr>
              <w:t>Definicion</w:t>
            </w:r>
          </w:p>
        </w:tc>
      </w:tr>
      <w:tr w:rsidR="00BE52EF" w:rsidRPr="007D1610" w14:paraId="1BBAB557" w14:textId="77777777">
        <w:trPr>
          <w:jc w:val="center"/>
        </w:trPr>
        <w:tc>
          <w:tcPr>
            <w:tcW w:w="2268" w:type="dxa"/>
          </w:tcPr>
          <w:p w14:paraId="09AD5645" w14:textId="77777777" w:rsidR="00BE52EF" w:rsidRDefault="00000000">
            <w:pPr>
              <w:spacing w:after="40"/>
            </w:pPr>
            <w:r>
              <w:rPr>
                <w:sz w:val="20"/>
              </w:rPr>
              <w:t>Atributos</w:t>
            </w:r>
          </w:p>
        </w:tc>
        <w:tc>
          <w:tcPr>
            <w:tcW w:w="6520" w:type="dxa"/>
          </w:tcPr>
          <w:p w14:paraId="59D356ED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Caracteristicas de la informacion (columnas).</w:t>
            </w:r>
          </w:p>
        </w:tc>
      </w:tr>
      <w:tr w:rsidR="00BE52EF" w:rsidRPr="007D1610" w14:paraId="4F83FC06" w14:textId="77777777">
        <w:trPr>
          <w:jc w:val="center"/>
        </w:trPr>
        <w:tc>
          <w:tcPr>
            <w:tcW w:w="2268" w:type="dxa"/>
            <w:shd w:val="clear" w:color="auto" w:fill="EEF2F7"/>
          </w:tcPr>
          <w:p w14:paraId="64CB8C04" w14:textId="77777777" w:rsidR="00BE52EF" w:rsidRDefault="00000000">
            <w:pPr>
              <w:spacing w:after="40"/>
            </w:pPr>
            <w:r>
              <w:rPr>
                <w:sz w:val="20"/>
              </w:rPr>
              <w:t>Tuplas</w:t>
            </w:r>
          </w:p>
        </w:tc>
        <w:tc>
          <w:tcPr>
            <w:tcW w:w="6520" w:type="dxa"/>
            <w:shd w:val="clear" w:color="auto" w:fill="EEF2F7"/>
          </w:tcPr>
          <w:p w14:paraId="6FC7653E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Registros de la relacion (filas).</w:t>
            </w:r>
          </w:p>
        </w:tc>
      </w:tr>
      <w:tr w:rsidR="00BE52EF" w:rsidRPr="007D1610" w14:paraId="2E3020F0" w14:textId="77777777">
        <w:trPr>
          <w:jc w:val="center"/>
        </w:trPr>
        <w:tc>
          <w:tcPr>
            <w:tcW w:w="2268" w:type="dxa"/>
          </w:tcPr>
          <w:p w14:paraId="15685FCD" w14:textId="77777777" w:rsidR="00BE52EF" w:rsidRDefault="00000000">
            <w:pPr>
              <w:spacing w:after="40"/>
            </w:pPr>
            <w:r>
              <w:rPr>
                <w:sz w:val="20"/>
              </w:rPr>
              <w:t>Dominios</w:t>
            </w:r>
          </w:p>
        </w:tc>
        <w:tc>
          <w:tcPr>
            <w:tcW w:w="6520" w:type="dxa"/>
          </w:tcPr>
          <w:p w14:paraId="60300B58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Conjunto de valores permitidos para un atributo.</w:t>
            </w:r>
          </w:p>
        </w:tc>
      </w:tr>
      <w:tr w:rsidR="00BE52EF" w14:paraId="609900EF" w14:textId="77777777">
        <w:trPr>
          <w:jc w:val="center"/>
        </w:trPr>
        <w:tc>
          <w:tcPr>
            <w:tcW w:w="2268" w:type="dxa"/>
            <w:shd w:val="clear" w:color="auto" w:fill="EEF2F7"/>
          </w:tcPr>
          <w:p w14:paraId="076C553B" w14:textId="77777777" w:rsidR="00BE52EF" w:rsidRDefault="00000000">
            <w:pPr>
              <w:spacing w:after="40"/>
            </w:pPr>
            <w:r>
              <w:rPr>
                <w:sz w:val="20"/>
              </w:rPr>
              <w:t>Esquema</w:t>
            </w:r>
          </w:p>
        </w:tc>
        <w:tc>
          <w:tcPr>
            <w:tcW w:w="6520" w:type="dxa"/>
            <w:shd w:val="clear" w:color="auto" w:fill="EEF2F7"/>
          </w:tcPr>
          <w:p w14:paraId="620E7B31" w14:textId="77777777" w:rsidR="00BE52EF" w:rsidRDefault="00000000">
            <w:pPr>
              <w:spacing w:after="40"/>
            </w:pPr>
            <w:r>
              <w:rPr>
                <w:sz w:val="20"/>
              </w:rPr>
              <w:t>Estructura de la relacion.</w:t>
            </w:r>
          </w:p>
        </w:tc>
      </w:tr>
      <w:tr w:rsidR="00BE52EF" w:rsidRPr="007D1610" w14:paraId="0D50C633" w14:textId="77777777">
        <w:trPr>
          <w:jc w:val="center"/>
        </w:trPr>
        <w:tc>
          <w:tcPr>
            <w:tcW w:w="2268" w:type="dxa"/>
          </w:tcPr>
          <w:p w14:paraId="68C5AD82" w14:textId="77777777" w:rsidR="00BE52EF" w:rsidRDefault="00000000">
            <w:pPr>
              <w:spacing w:after="40"/>
            </w:pPr>
            <w:r>
              <w:rPr>
                <w:sz w:val="20"/>
              </w:rPr>
              <w:t>Instancia</w:t>
            </w:r>
          </w:p>
        </w:tc>
        <w:tc>
          <w:tcPr>
            <w:tcW w:w="6520" w:type="dxa"/>
          </w:tcPr>
          <w:p w14:paraId="029E4885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Conjunto de datos existentes en un momento determinado.</w:t>
            </w:r>
          </w:p>
        </w:tc>
      </w:tr>
    </w:tbl>
    <w:p w14:paraId="6ED048A0" w14:textId="77777777" w:rsidR="00BE52EF" w:rsidRPr="007D1610" w:rsidRDefault="00BE52EF">
      <w:pPr>
        <w:spacing w:after="40"/>
        <w:rPr>
          <w:lang w:val="es-PA"/>
        </w:rPr>
      </w:pPr>
    </w:p>
    <w:p w14:paraId="477F1881" w14:textId="77777777" w:rsidR="00BE52EF" w:rsidRDefault="00000000">
      <w:pPr>
        <w:spacing w:before="160"/>
      </w:pPr>
      <w:r>
        <w:rPr>
          <w:b/>
          <w:color w:val="1F3A5F"/>
          <w:sz w:val="23"/>
        </w:rPr>
        <w:t>Ejemplo: relacion ESTUDIANTE</w:t>
      </w:r>
    </w:p>
    <w:tbl>
      <w:tblPr>
        <w:tblW w:w="0" w:type="auto"/>
        <w:jc w:val="center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ook w:val="04A0" w:firstRow="1" w:lastRow="0" w:firstColumn="1" w:lastColumn="0" w:noHBand="0" w:noVBand="1"/>
      </w:tblPr>
      <w:tblGrid>
        <w:gridCol w:w="2268"/>
        <w:gridCol w:w="2154"/>
        <w:gridCol w:w="2268"/>
        <w:gridCol w:w="2098"/>
      </w:tblGrid>
      <w:tr w:rsidR="00BE52EF" w14:paraId="49C0C5CA" w14:textId="77777777">
        <w:trPr>
          <w:jc w:val="center"/>
        </w:trPr>
        <w:tc>
          <w:tcPr>
            <w:tcW w:w="2268" w:type="dxa"/>
            <w:shd w:val="clear" w:color="auto" w:fill="1F3A5F"/>
          </w:tcPr>
          <w:p w14:paraId="71DBD744" w14:textId="77777777" w:rsidR="00BE52EF" w:rsidRDefault="00000000">
            <w:r>
              <w:rPr>
                <w:b/>
                <w:color w:val="FFFFFF"/>
                <w:sz w:val="20"/>
              </w:rPr>
              <w:t>id_estudiante</w:t>
            </w:r>
          </w:p>
        </w:tc>
        <w:tc>
          <w:tcPr>
            <w:tcW w:w="2154" w:type="dxa"/>
            <w:shd w:val="clear" w:color="auto" w:fill="1F3A5F"/>
          </w:tcPr>
          <w:p w14:paraId="19DE33B5" w14:textId="77777777" w:rsidR="00BE52EF" w:rsidRDefault="00000000">
            <w:r>
              <w:rPr>
                <w:b/>
                <w:color w:val="FFFFFF"/>
                <w:sz w:val="20"/>
              </w:rPr>
              <w:t>nombre</w:t>
            </w:r>
          </w:p>
        </w:tc>
        <w:tc>
          <w:tcPr>
            <w:tcW w:w="2268" w:type="dxa"/>
            <w:shd w:val="clear" w:color="auto" w:fill="1F3A5F"/>
          </w:tcPr>
          <w:p w14:paraId="7C725EB9" w14:textId="77777777" w:rsidR="00BE52EF" w:rsidRDefault="00000000">
            <w:r>
              <w:rPr>
                <w:b/>
                <w:color w:val="FFFFFF"/>
                <w:sz w:val="20"/>
              </w:rPr>
              <w:t>carrera</w:t>
            </w:r>
          </w:p>
        </w:tc>
        <w:tc>
          <w:tcPr>
            <w:tcW w:w="2098" w:type="dxa"/>
            <w:shd w:val="clear" w:color="auto" w:fill="1F3A5F"/>
          </w:tcPr>
          <w:p w14:paraId="4AA8D358" w14:textId="77777777" w:rsidR="00BE52EF" w:rsidRDefault="00000000">
            <w:r>
              <w:rPr>
                <w:b/>
                <w:color w:val="FFFFFF"/>
                <w:sz w:val="20"/>
              </w:rPr>
              <w:t>edad</w:t>
            </w:r>
          </w:p>
        </w:tc>
      </w:tr>
      <w:tr w:rsidR="00BE52EF" w14:paraId="1222D673" w14:textId="77777777">
        <w:trPr>
          <w:jc w:val="center"/>
        </w:trPr>
        <w:tc>
          <w:tcPr>
            <w:tcW w:w="2268" w:type="dxa"/>
          </w:tcPr>
          <w:p w14:paraId="0370A2AA" w14:textId="77777777" w:rsidR="00BE52EF" w:rsidRDefault="00000000">
            <w:pPr>
              <w:spacing w:after="40"/>
            </w:pPr>
            <w:r>
              <w:rPr>
                <w:sz w:val="20"/>
              </w:rPr>
              <w:t>E001</w:t>
            </w:r>
          </w:p>
        </w:tc>
        <w:tc>
          <w:tcPr>
            <w:tcW w:w="2154" w:type="dxa"/>
          </w:tcPr>
          <w:p w14:paraId="131D03CA" w14:textId="77777777" w:rsidR="00BE52EF" w:rsidRDefault="00000000">
            <w:pPr>
              <w:spacing w:after="40"/>
            </w:pPr>
            <w:r>
              <w:rPr>
                <w:sz w:val="20"/>
              </w:rPr>
              <w:t>Ana</w:t>
            </w:r>
          </w:p>
        </w:tc>
        <w:tc>
          <w:tcPr>
            <w:tcW w:w="2268" w:type="dxa"/>
          </w:tcPr>
          <w:p w14:paraId="5B27206B" w14:textId="77777777" w:rsidR="00BE52EF" w:rsidRDefault="00000000">
            <w:pPr>
              <w:spacing w:after="40"/>
            </w:pPr>
            <w:r>
              <w:rPr>
                <w:sz w:val="20"/>
              </w:rPr>
              <w:t>Sistemas</w:t>
            </w:r>
          </w:p>
        </w:tc>
        <w:tc>
          <w:tcPr>
            <w:tcW w:w="2098" w:type="dxa"/>
          </w:tcPr>
          <w:p w14:paraId="07138004" w14:textId="77777777" w:rsidR="00BE52EF" w:rsidRDefault="00000000">
            <w:pPr>
              <w:spacing w:after="40"/>
            </w:pPr>
            <w:r>
              <w:rPr>
                <w:sz w:val="20"/>
              </w:rPr>
              <w:t>20</w:t>
            </w:r>
          </w:p>
        </w:tc>
      </w:tr>
      <w:tr w:rsidR="00BE52EF" w14:paraId="5891A675" w14:textId="77777777">
        <w:trPr>
          <w:jc w:val="center"/>
        </w:trPr>
        <w:tc>
          <w:tcPr>
            <w:tcW w:w="2268" w:type="dxa"/>
            <w:shd w:val="clear" w:color="auto" w:fill="EEF2F7"/>
          </w:tcPr>
          <w:p w14:paraId="5D89A7B5" w14:textId="77777777" w:rsidR="00BE52EF" w:rsidRDefault="00000000">
            <w:pPr>
              <w:spacing w:after="40"/>
            </w:pPr>
            <w:r>
              <w:rPr>
                <w:sz w:val="20"/>
              </w:rPr>
              <w:t>E002</w:t>
            </w:r>
          </w:p>
        </w:tc>
        <w:tc>
          <w:tcPr>
            <w:tcW w:w="2154" w:type="dxa"/>
            <w:shd w:val="clear" w:color="auto" w:fill="EEF2F7"/>
          </w:tcPr>
          <w:p w14:paraId="04F3B1DC" w14:textId="77777777" w:rsidR="00BE52EF" w:rsidRDefault="00000000">
            <w:pPr>
              <w:spacing w:after="40"/>
            </w:pPr>
            <w:r>
              <w:rPr>
                <w:sz w:val="20"/>
              </w:rPr>
              <w:t>Carlos</w:t>
            </w:r>
          </w:p>
        </w:tc>
        <w:tc>
          <w:tcPr>
            <w:tcW w:w="2268" w:type="dxa"/>
            <w:shd w:val="clear" w:color="auto" w:fill="EEF2F7"/>
          </w:tcPr>
          <w:p w14:paraId="13FAF601" w14:textId="77777777" w:rsidR="00BE52EF" w:rsidRDefault="00000000">
            <w:pPr>
              <w:spacing w:after="40"/>
            </w:pPr>
            <w:r>
              <w:rPr>
                <w:sz w:val="20"/>
              </w:rPr>
              <w:t>Civil</w:t>
            </w:r>
          </w:p>
        </w:tc>
        <w:tc>
          <w:tcPr>
            <w:tcW w:w="2098" w:type="dxa"/>
            <w:shd w:val="clear" w:color="auto" w:fill="EEF2F7"/>
          </w:tcPr>
          <w:p w14:paraId="1DBC36DE" w14:textId="77777777" w:rsidR="00BE52EF" w:rsidRDefault="00000000">
            <w:pPr>
              <w:spacing w:after="40"/>
            </w:pPr>
            <w:r>
              <w:rPr>
                <w:sz w:val="20"/>
              </w:rPr>
              <w:t>22</w:t>
            </w:r>
          </w:p>
        </w:tc>
      </w:tr>
      <w:tr w:rsidR="00BE52EF" w14:paraId="17386A3D" w14:textId="77777777">
        <w:trPr>
          <w:jc w:val="center"/>
        </w:trPr>
        <w:tc>
          <w:tcPr>
            <w:tcW w:w="2268" w:type="dxa"/>
          </w:tcPr>
          <w:p w14:paraId="66ABBF1A" w14:textId="77777777" w:rsidR="00BE52EF" w:rsidRDefault="00000000">
            <w:pPr>
              <w:spacing w:after="40"/>
            </w:pPr>
            <w:r>
              <w:rPr>
                <w:sz w:val="20"/>
              </w:rPr>
              <w:t>E003</w:t>
            </w:r>
          </w:p>
        </w:tc>
        <w:tc>
          <w:tcPr>
            <w:tcW w:w="2154" w:type="dxa"/>
          </w:tcPr>
          <w:p w14:paraId="65CF3829" w14:textId="77777777" w:rsidR="00BE52EF" w:rsidRDefault="00000000">
            <w:pPr>
              <w:spacing w:after="40"/>
            </w:pPr>
            <w:r>
              <w:rPr>
                <w:sz w:val="20"/>
              </w:rPr>
              <w:t>Maria</w:t>
            </w:r>
          </w:p>
        </w:tc>
        <w:tc>
          <w:tcPr>
            <w:tcW w:w="2268" w:type="dxa"/>
          </w:tcPr>
          <w:p w14:paraId="59AA766D" w14:textId="77777777" w:rsidR="00BE52EF" w:rsidRDefault="00000000">
            <w:pPr>
              <w:spacing w:after="40"/>
            </w:pPr>
            <w:r>
              <w:rPr>
                <w:sz w:val="20"/>
              </w:rPr>
              <w:t>Sistemas</w:t>
            </w:r>
          </w:p>
        </w:tc>
        <w:tc>
          <w:tcPr>
            <w:tcW w:w="2098" w:type="dxa"/>
          </w:tcPr>
          <w:p w14:paraId="7B8E2543" w14:textId="77777777" w:rsidR="00BE52EF" w:rsidRDefault="00000000">
            <w:pPr>
              <w:spacing w:after="40"/>
            </w:pPr>
            <w:r>
              <w:rPr>
                <w:sz w:val="20"/>
              </w:rPr>
              <w:t>19</w:t>
            </w:r>
          </w:p>
        </w:tc>
      </w:tr>
      <w:tr w:rsidR="00BE52EF" w14:paraId="4694094D" w14:textId="77777777">
        <w:trPr>
          <w:jc w:val="center"/>
        </w:trPr>
        <w:tc>
          <w:tcPr>
            <w:tcW w:w="2268" w:type="dxa"/>
            <w:shd w:val="clear" w:color="auto" w:fill="EEF2F7"/>
          </w:tcPr>
          <w:p w14:paraId="6A50530A" w14:textId="77777777" w:rsidR="00BE52EF" w:rsidRDefault="00000000">
            <w:pPr>
              <w:spacing w:after="40"/>
            </w:pPr>
            <w:r>
              <w:rPr>
                <w:sz w:val="20"/>
              </w:rPr>
              <w:t>E004</w:t>
            </w:r>
          </w:p>
        </w:tc>
        <w:tc>
          <w:tcPr>
            <w:tcW w:w="2154" w:type="dxa"/>
            <w:shd w:val="clear" w:color="auto" w:fill="EEF2F7"/>
          </w:tcPr>
          <w:p w14:paraId="268E9F45" w14:textId="77777777" w:rsidR="00BE52EF" w:rsidRDefault="00000000">
            <w:pPr>
              <w:spacing w:after="40"/>
            </w:pPr>
            <w:r>
              <w:rPr>
                <w:sz w:val="20"/>
              </w:rPr>
              <w:t>Pedro</w:t>
            </w:r>
          </w:p>
        </w:tc>
        <w:tc>
          <w:tcPr>
            <w:tcW w:w="2268" w:type="dxa"/>
            <w:shd w:val="clear" w:color="auto" w:fill="EEF2F7"/>
          </w:tcPr>
          <w:p w14:paraId="4880DE7A" w14:textId="77777777" w:rsidR="00BE52EF" w:rsidRDefault="00000000">
            <w:pPr>
              <w:spacing w:after="40"/>
            </w:pPr>
            <w:r>
              <w:rPr>
                <w:sz w:val="20"/>
              </w:rPr>
              <w:t>Industrial</w:t>
            </w:r>
          </w:p>
        </w:tc>
        <w:tc>
          <w:tcPr>
            <w:tcW w:w="2098" w:type="dxa"/>
            <w:shd w:val="clear" w:color="auto" w:fill="EEF2F7"/>
          </w:tcPr>
          <w:p w14:paraId="12E3C1F2" w14:textId="77777777" w:rsidR="00BE52EF" w:rsidRDefault="00000000">
            <w:pPr>
              <w:spacing w:after="40"/>
            </w:pPr>
            <w:r>
              <w:rPr>
                <w:sz w:val="20"/>
              </w:rPr>
              <w:t>23</w:t>
            </w:r>
          </w:p>
        </w:tc>
      </w:tr>
    </w:tbl>
    <w:p w14:paraId="3835A524" w14:textId="77777777" w:rsidR="00BE52EF" w:rsidRDefault="00BE52EF">
      <w:pPr>
        <w:spacing w:after="40"/>
      </w:pPr>
    </w:p>
    <w:p w14:paraId="7D0D2B91" w14:textId="77777777" w:rsidR="00BE52EF" w:rsidRDefault="00000000">
      <w:pPr>
        <w:pStyle w:val="Listaconvietas"/>
        <w:spacing w:after="60"/>
        <w:ind w:left="425"/>
      </w:pPr>
      <w:r>
        <w:t>ESTUDIANTE es la relacion.</w:t>
      </w:r>
    </w:p>
    <w:p w14:paraId="7D4D638A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id_estudiante, nombre, carrera y edad son los atributos.</w:t>
      </w:r>
    </w:p>
    <w:p w14:paraId="1CF0ADBB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Cada fila constituye una tupla.</w:t>
      </w:r>
    </w:p>
    <w:p w14:paraId="58459781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El dominio de edad, por ejemplo, podria definirse como numeros enteros positivos dentro de un rango determinado.</w:t>
      </w:r>
    </w:p>
    <w:p w14:paraId="00D20F07" w14:textId="77777777" w:rsidR="00BE52EF" w:rsidRDefault="00000000">
      <w:pPr>
        <w:spacing w:before="240" w:after="80"/>
      </w:pPr>
      <w:r>
        <w:rPr>
          <w:b/>
          <w:color w:val="2E5C8A"/>
          <w:sz w:val="26"/>
        </w:rPr>
        <w:t>1.2 Conceptos del modelo relacional</w:t>
      </w:r>
    </w:p>
    <w:tbl>
      <w:tblPr>
        <w:tblW w:w="0" w:type="auto"/>
        <w:jc w:val="center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ook w:val="04A0" w:firstRow="1" w:lastRow="0" w:firstColumn="1" w:lastColumn="0" w:noHBand="0" w:noVBand="1"/>
      </w:tblPr>
      <w:tblGrid>
        <w:gridCol w:w="1814"/>
        <w:gridCol w:w="3969"/>
        <w:gridCol w:w="3005"/>
      </w:tblGrid>
      <w:tr w:rsidR="00BE52EF" w14:paraId="168A9E0A" w14:textId="77777777">
        <w:trPr>
          <w:jc w:val="center"/>
        </w:trPr>
        <w:tc>
          <w:tcPr>
            <w:tcW w:w="1814" w:type="dxa"/>
            <w:shd w:val="clear" w:color="auto" w:fill="1F3A5F"/>
          </w:tcPr>
          <w:p w14:paraId="159726E2" w14:textId="77777777" w:rsidR="00BE52EF" w:rsidRDefault="00000000">
            <w:r>
              <w:rPr>
                <w:b/>
                <w:color w:val="FFFFFF"/>
                <w:sz w:val="20"/>
              </w:rPr>
              <w:t>Concepto</w:t>
            </w:r>
          </w:p>
        </w:tc>
        <w:tc>
          <w:tcPr>
            <w:tcW w:w="3969" w:type="dxa"/>
            <w:shd w:val="clear" w:color="auto" w:fill="1F3A5F"/>
          </w:tcPr>
          <w:p w14:paraId="62BB6D70" w14:textId="77777777" w:rsidR="00BE52EF" w:rsidRDefault="00000000">
            <w:r>
              <w:rPr>
                <w:b/>
                <w:color w:val="FFFFFF"/>
                <w:sz w:val="20"/>
              </w:rPr>
              <w:t>Definicion</w:t>
            </w:r>
          </w:p>
        </w:tc>
        <w:tc>
          <w:tcPr>
            <w:tcW w:w="3005" w:type="dxa"/>
            <w:shd w:val="clear" w:color="auto" w:fill="1F3A5F"/>
          </w:tcPr>
          <w:p w14:paraId="4B625603" w14:textId="77777777" w:rsidR="00BE52EF" w:rsidRDefault="00000000">
            <w:r>
              <w:rPr>
                <w:b/>
                <w:color w:val="FFFFFF"/>
                <w:sz w:val="20"/>
              </w:rPr>
              <w:t>Ejemplo</w:t>
            </w:r>
          </w:p>
        </w:tc>
      </w:tr>
      <w:tr w:rsidR="00BE52EF" w14:paraId="044C042D" w14:textId="77777777">
        <w:trPr>
          <w:jc w:val="center"/>
        </w:trPr>
        <w:tc>
          <w:tcPr>
            <w:tcW w:w="1814" w:type="dxa"/>
          </w:tcPr>
          <w:p w14:paraId="5EDD9D27" w14:textId="77777777" w:rsidR="00BE52EF" w:rsidRDefault="00000000">
            <w:pPr>
              <w:spacing w:after="40"/>
            </w:pPr>
            <w:r>
              <w:rPr>
                <w:sz w:val="20"/>
              </w:rPr>
              <w:t>Relacion</w:t>
            </w:r>
          </w:p>
        </w:tc>
        <w:tc>
          <w:tcPr>
            <w:tcW w:w="3969" w:type="dxa"/>
          </w:tcPr>
          <w:p w14:paraId="76E2D1DB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Conjunto de tuplas que comparten los mismos atributos</w:t>
            </w:r>
          </w:p>
        </w:tc>
        <w:tc>
          <w:tcPr>
            <w:tcW w:w="3005" w:type="dxa"/>
          </w:tcPr>
          <w:p w14:paraId="7699C5F3" w14:textId="77777777" w:rsidR="00BE52EF" w:rsidRDefault="00000000">
            <w:pPr>
              <w:spacing w:after="40"/>
            </w:pPr>
            <w:r>
              <w:rPr>
                <w:sz w:val="20"/>
              </w:rPr>
              <w:t>ESTUDIANTE</w:t>
            </w:r>
          </w:p>
        </w:tc>
      </w:tr>
      <w:tr w:rsidR="00BE52EF" w14:paraId="6D9EC1DC" w14:textId="77777777">
        <w:trPr>
          <w:jc w:val="center"/>
        </w:trPr>
        <w:tc>
          <w:tcPr>
            <w:tcW w:w="1814" w:type="dxa"/>
            <w:shd w:val="clear" w:color="auto" w:fill="EEF2F7"/>
          </w:tcPr>
          <w:p w14:paraId="7348E06D" w14:textId="77777777" w:rsidR="00BE52EF" w:rsidRDefault="00000000">
            <w:pPr>
              <w:spacing w:after="40"/>
            </w:pPr>
            <w:r>
              <w:rPr>
                <w:sz w:val="20"/>
              </w:rPr>
              <w:t>Tupla</w:t>
            </w:r>
          </w:p>
        </w:tc>
        <w:tc>
          <w:tcPr>
            <w:tcW w:w="3969" w:type="dxa"/>
            <w:shd w:val="clear" w:color="auto" w:fill="EEF2F7"/>
          </w:tcPr>
          <w:p w14:paraId="4DD6AAA3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Representa un registro individual dentro de una relacion</w:t>
            </w:r>
          </w:p>
        </w:tc>
        <w:tc>
          <w:tcPr>
            <w:tcW w:w="3005" w:type="dxa"/>
            <w:shd w:val="clear" w:color="auto" w:fill="EEF2F7"/>
          </w:tcPr>
          <w:p w14:paraId="3F5CFE90" w14:textId="77777777" w:rsidR="00BE52EF" w:rsidRDefault="00000000">
            <w:pPr>
              <w:spacing w:after="40"/>
            </w:pPr>
            <w:r>
              <w:rPr>
                <w:sz w:val="20"/>
              </w:rPr>
              <w:t>(E001, Ana, Sistemas, 20)</w:t>
            </w:r>
          </w:p>
        </w:tc>
      </w:tr>
      <w:tr w:rsidR="00BE52EF" w14:paraId="650451D3" w14:textId="77777777">
        <w:trPr>
          <w:jc w:val="center"/>
        </w:trPr>
        <w:tc>
          <w:tcPr>
            <w:tcW w:w="1814" w:type="dxa"/>
          </w:tcPr>
          <w:p w14:paraId="7E80162B" w14:textId="77777777" w:rsidR="00BE52EF" w:rsidRDefault="00000000">
            <w:pPr>
              <w:spacing w:after="40"/>
            </w:pPr>
            <w:r>
              <w:rPr>
                <w:sz w:val="20"/>
              </w:rPr>
              <w:t>Atributo</w:t>
            </w:r>
          </w:p>
        </w:tc>
        <w:tc>
          <w:tcPr>
            <w:tcW w:w="3969" w:type="dxa"/>
          </w:tcPr>
          <w:p w14:paraId="12DF7C90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Propiedad que describe una entidad</w:t>
            </w:r>
          </w:p>
        </w:tc>
        <w:tc>
          <w:tcPr>
            <w:tcW w:w="3005" w:type="dxa"/>
          </w:tcPr>
          <w:p w14:paraId="22BA6D6A" w14:textId="77777777" w:rsidR="00BE52EF" w:rsidRDefault="00000000">
            <w:pPr>
              <w:spacing w:after="40"/>
            </w:pPr>
            <w:r>
              <w:rPr>
                <w:sz w:val="20"/>
              </w:rPr>
              <w:t>nombre, edad, carrera</w:t>
            </w:r>
          </w:p>
        </w:tc>
      </w:tr>
      <w:tr w:rsidR="00BE52EF" w:rsidRPr="007D1610" w14:paraId="4F5300C2" w14:textId="77777777">
        <w:trPr>
          <w:jc w:val="center"/>
        </w:trPr>
        <w:tc>
          <w:tcPr>
            <w:tcW w:w="1814" w:type="dxa"/>
            <w:shd w:val="clear" w:color="auto" w:fill="EEF2F7"/>
          </w:tcPr>
          <w:p w14:paraId="71C3EF14" w14:textId="77777777" w:rsidR="00BE52EF" w:rsidRDefault="00000000">
            <w:pPr>
              <w:spacing w:after="40"/>
            </w:pPr>
            <w:r>
              <w:rPr>
                <w:sz w:val="20"/>
              </w:rPr>
              <w:t>Grado</w:t>
            </w:r>
          </w:p>
        </w:tc>
        <w:tc>
          <w:tcPr>
            <w:tcW w:w="3969" w:type="dxa"/>
            <w:shd w:val="clear" w:color="auto" w:fill="EEF2F7"/>
          </w:tcPr>
          <w:p w14:paraId="04B7D3E5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Cantidad de ATRIBUTOS que posee una relacion</w:t>
            </w:r>
          </w:p>
        </w:tc>
        <w:tc>
          <w:tcPr>
            <w:tcW w:w="3005" w:type="dxa"/>
            <w:shd w:val="clear" w:color="auto" w:fill="EEF2F7"/>
          </w:tcPr>
          <w:p w14:paraId="1B48B4F6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ESTUDIANTE(id, nombre, carrera, edad) -&gt; grado 4</w:t>
            </w:r>
          </w:p>
        </w:tc>
      </w:tr>
      <w:tr w:rsidR="00BE52EF" w14:paraId="2876DEB7" w14:textId="77777777">
        <w:trPr>
          <w:jc w:val="center"/>
        </w:trPr>
        <w:tc>
          <w:tcPr>
            <w:tcW w:w="1814" w:type="dxa"/>
          </w:tcPr>
          <w:p w14:paraId="3E50DF94" w14:textId="77777777" w:rsidR="00BE52EF" w:rsidRDefault="00000000">
            <w:pPr>
              <w:spacing w:after="40"/>
            </w:pPr>
            <w:r>
              <w:rPr>
                <w:sz w:val="20"/>
              </w:rPr>
              <w:t>Cardinalidad</w:t>
            </w:r>
          </w:p>
        </w:tc>
        <w:tc>
          <w:tcPr>
            <w:tcW w:w="3969" w:type="dxa"/>
          </w:tcPr>
          <w:p w14:paraId="3F9E0715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Cantidad de TUPLAS existentes en una relacion</w:t>
            </w:r>
          </w:p>
        </w:tc>
        <w:tc>
          <w:tcPr>
            <w:tcW w:w="3005" w:type="dxa"/>
          </w:tcPr>
          <w:p w14:paraId="2C82940F" w14:textId="77777777" w:rsidR="00BE52EF" w:rsidRDefault="00000000">
            <w:pPr>
              <w:spacing w:after="40"/>
            </w:pPr>
            <w:r>
              <w:rPr>
                <w:sz w:val="20"/>
              </w:rPr>
              <w:t>100 registros -&gt; cardinalidad 100</w:t>
            </w:r>
          </w:p>
        </w:tc>
      </w:tr>
    </w:tbl>
    <w:p w14:paraId="734ACF18" w14:textId="77777777" w:rsidR="00BE52EF" w:rsidRDefault="00BE52EF">
      <w:pPr>
        <w:spacing w:after="40"/>
      </w:pPr>
    </w:p>
    <w:p w14:paraId="17F7C9E7" w14:textId="77777777" w:rsidR="00BE52EF" w:rsidRPr="007D1610" w:rsidRDefault="00000000">
      <w:pPr>
        <w:spacing w:before="120" w:after="160"/>
        <w:ind w:left="227"/>
        <w:rPr>
          <w:lang w:val="es-PA"/>
        </w:rPr>
      </w:pPr>
      <w:r w:rsidRPr="007D1610">
        <w:rPr>
          <w:b/>
          <w:color w:val="9C272D"/>
          <w:sz w:val="21"/>
          <w:lang w:val="es-PA"/>
        </w:rPr>
        <w:lastRenderedPageBreak/>
        <w:t>TRAMPA CLASICA: grado = atributos (columnas) | cardinalidad = tuplas (filas).</w:t>
      </w:r>
    </w:p>
    <w:p w14:paraId="180951E7" w14:textId="77777777" w:rsidR="00BE52EF" w:rsidRPr="007D1610" w:rsidRDefault="00000000">
      <w:pPr>
        <w:spacing w:before="160"/>
        <w:rPr>
          <w:lang w:val="es-PA"/>
        </w:rPr>
      </w:pPr>
      <w:r w:rsidRPr="007D1610">
        <w:rPr>
          <w:b/>
          <w:color w:val="1F3A5F"/>
          <w:sz w:val="23"/>
          <w:lang w:val="es-PA"/>
        </w:rPr>
        <w:t>Esquema de una relacion</w:t>
      </w:r>
    </w:p>
    <w:p w14:paraId="3897BA20" w14:textId="77777777" w:rsidR="00BE52EF" w:rsidRPr="007D1610" w:rsidRDefault="00000000">
      <w:pPr>
        <w:spacing w:after="40"/>
        <w:rPr>
          <w:lang w:val="es-PA"/>
        </w:rPr>
      </w:pPr>
      <w:r w:rsidRPr="007D1610">
        <w:rPr>
          <w:lang w:val="es-PA"/>
        </w:rPr>
        <w:t>Describe la estructura logica:</w:t>
      </w:r>
    </w:p>
    <w:p w14:paraId="2FCC21BC" w14:textId="77777777" w:rsidR="00BE52EF" w:rsidRPr="007D1610" w:rsidRDefault="00000000">
      <w:pPr>
        <w:shd w:val="clear" w:color="auto" w:fill="F2F4F7"/>
        <w:spacing w:before="80" w:after="80"/>
        <w:ind w:left="454"/>
        <w:rPr>
          <w:lang w:val="es-PA"/>
        </w:rPr>
      </w:pPr>
      <w:r w:rsidRPr="007D1610">
        <w:rPr>
          <w:rFonts w:ascii="Consolas" w:hAnsi="Consolas"/>
          <w:color w:val="1A472E"/>
          <w:sz w:val="20"/>
          <w:lang w:val="es-PA"/>
        </w:rPr>
        <w:t>ESTUDIANTE(id_estudiante, nombre, correo, carrera)</w:t>
      </w:r>
    </w:p>
    <w:p w14:paraId="45370768" w14:textId="77777777" w:rsidR="00BE52EF" w:rsidRPr="007D1610" w:rsidRDefault="00000000">
      <w:pPr>
        <w:spacing w:before="160"/>
        <w:rPr>
          <w:lang w:val="es-PA"/>
        </w:rPr>
      </w:pPr>
      <w:r w:rsidRPr="007D1610">
        <w:rPr>
          <w:b/>
          <w:color w:val="1F3A5F"/>
          <w:sz w:val="23"/>
          <w:lang w:val="es-PA"/>
        </w:rPr>
        <w:t>Instancia</w:t>
      </w:r>
    </w:p>
    <w:p w14:paraId="6B240003" w14:textId="77777777" w:rsidR="00BE52EF" w:rsidRPr="007D1610" w:rsidRDefault="00000000">
      <w:pPr>
        <w:rPr>
          <w:lang w:val="es-PA"/>
        </w:rPr>
      </w:pPr>
      <w:r w:rsidRPr="007D1610">
        <w:rPr>
          <w:lang w:val="es-PA"/>
        </w:rPr>
        <w:t>Son los datos que contiene la relacion en un momento determinado.</w:t>
      </w:r>
    </w:p>
    <w:p w14:paraId="5F216E1F" w14:textId="77777777" w:rsidR="00BE52EF" w:rsidRPr="007D1610" w:rsidRDefault="00000000">
      <w:pPr>
        <w:spacing w:before="120" w:after="160"/>
        <w:ind w:left="227"/>
        <w:rPr>
          <w:lang w:val="es-PA"/>
        </w:rPr>
      </w:pPr>
      <w:r w:rsidRPr="007D1610">
        <w:rPr>
          <w:b/>
          <w:color w:val="9C272D"/>
          <w:sz w:val="21"/>
          <w:lang w:val="es-PA"/>
        </w:rPr>
        <w:t>El ESQUEMA describe COMO estan organizados los datos; la INSTANCIA representa los datos que existen actualmente.</w:t>
      </w:r>
    </w:p>
    <w:p w14:paraId="208A7EFE" w14:textId="77777777" w:rsidR="00BE52EF" w:rsidRPr="007D1610" w:rsidRDefault="00000000">
      <w:pPr>
        <w:spacing w:before="240" w:after="80"/>
        <w:rPr>
          <w:lang w:val="es-PA"/>
        </w:rPr>
      </w:pPr>
      <w:r w:rsidRPr="007D1610">
        <w:rPr>
          <w:b/>
          <w:color w:val="2E5C8A"/>
          <w:sz w:val="26"/>
          <w:lang w:val="es-PA"/>
        </w:rPr>
        <w:t>1.3 Restricciones de integridad</w:t>
      </w:r>
    </w:p>
    <w:p w14:paraId="7C36A70B" w14:textId="77777777" w:rsidR="00BE52EF" w:rsidRPr="007D1610" w:rsidRDefault="00000000">
      <w:pPr>
        <w:rPr>
          <w:lang w:val="es-PA"/>
        </w:rPr>
      </w:pPr>
      <w:r w:rsidRPr="007D1610">
        <w:rPr>
          <w:i/>
          <w:lang w:val="es-PA"/>
        </w:rPr>
        <w:t>Las restricciones de integridad establecen reglas para garantizar que los datos almacenados sean validos y consistentes.</w:t>
      </w:r>
    </w:p>
    <w:tbl>
      <w:tblPr>
        <w:tblW w:w="0" w:type="auto"/>
        <w:jc w:val="center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ook w:val="04A0" w:firstRow="1" w:lastRow="0" w:firstColumn="1" w:lastColumn="0" w:noHBand="0" w:noVBand="1"/>
      </w:tblPr>
      <w:tblGrid>
        <w:gridCol w:w="2041"/>
        <w:gridCol w:w="4309"/>
        <w:gridCol w:w="2438"/>
      </w:tblGrid>
      <w:tr w:rsidR="00BE52EF" w14:paraId="20365F9E" w14:textId="77777777">
        <w:trPr>
          <w:jc w:val="center"/>
        </w:trPr>
        <w:tc>
          <w:tcPr>
            <w:tcW w:w="2041" w:type="dxa"/>
            <w:shd w:val="clear" w:color="auto" w:fill="1F3A5F"/>
          </w:tcPr>
          <w:p w14:paraId="57B349DB" w14:textId="77777777" w:rsidR="00BE52EF" w:rsidRDefault="00000000">
            <w:r>
              <w:rPr>
                <w:b/>
                <w:color w:val="FFFFFF"/>
                <w:sz w:val="20"/>
              </w:rPr>
              <w:t>Restriccion</w:t>
            </w:r>
          </w:p>
        </w:tc>
        <w:tc>
          <w:tcPr>
            <w:tcW w:w="4309" w:type="dxa"/>
            <w:shd w:val="clear" w:color="auto" w:fill="1F3A5F"/>
          </w:tcPr>
          <w:p w14:paraId="14252FF3" w14:textId="77777777" w:rsidR="00BE52EF" w:rsidRDefault="00000000">
            <w:r>
              <w:rPr>
                <w:b/>
                <w:color w:val="FFFFFF"/>
                <w:sz w:val="20"/>
              </w:rPr>
              <w:t>Definicion</w:t>
            </w:r>
          </w:p>
        </w:tc>
        <w:tc>
          <w:tcPr>
            <w:tcW w:w="2438" w:type="dxa"/>
            <w:shd w:val="clear" w:color="auto" w:fill="1F3A5F"/>
          </w:tcPr>
          <w:p w14:paraId="71AD4B80" w14:textId="77777777" w:rsidR="00BE52EF" w:rsidRDefault="00000000">
            <w:r>
              <w:rPr>
                <w:b/>
                <w:color w:val="FFFFFF"/>
                <w:sz w:val="20"/>
              </w:rPr>
              <w:t>Ejemplo</w:t>
            </w:r>
          </w:p>
        </w:tc>
      </w:tr>
      <w:tr w:rsidR="00BE52EF" w14:paraId="6895717B" w14:textId="77777777">
        <w:trPr>
          <w:jc w:val="center"/>
        </w:trPr>
        <w:tc>
          <w:tcPr>
            <w:tcW w:w="2041" w:type="dxa"/>
          </w:tcPr>
          <w:p w14:paraId="60FEFC73" w14:textId="77777777" w:rsidR="00BE52EF" w:rsidRDefault="00000000">
            <w:pPr>
              <w:spacing w:after="40"/>
            </w:pPr>
            <w:r>
              <w:rPr>
                <w:sz w:val="20"/>
              </w:rPr>
              <w:t>Integridad de dominio</w:t>
            </w:r>
          </w:p>
        </w:tc>
        <w:tc>
          <w:tcPr>
            <w:tcW w:w="4309" w:type="dxa"/>
          </w:tcPr>
          <w:p w14:paraId="3127AFA1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Los valores de un atributo deben pertenecer a su dominio</w:t>
            </w:r>
          </w:p>
        </w:tc>
        <w:tc>
          <w:tcPr>
            <w:tcW w:w="2438" w:type="dxa"/>
          </w:tcPr>
          <w:p w14:paraId="5A8983E3" w14:textId="77777777" w:rsidR="00BE52EF" w:rsidRDefault="00000000">
            <w:pPr>
              <w:spacing w:after="40"/>
            </w:pPr>
            <w:r>
              <w:rPr>
                <w:sz w:val="20"/>
              </w:rPr>
              <w:t>edad &gt;= 16</w:t>
            </w:r>
          </w:p>
        </w:tc>
      </w:tr>
      <w:tr w:rsidR="00BE52EF" w14:paraId="73408D8E" w14:textId="77777777">
        <w:trPr>
          <w:jc w:val="center"/>
        </w:trPr>
        <w:tc>
          <w:tcPr>
            <w:tcW w:w="2041" w:type="dxa"/>
            <w:shd w:val="clear" w:color="auto" w:fill="EEF2F7"/>
          </w:tcPr>
          <w:p w14:paraId="482F699A" w14:textId="77777777" w:rsidR="00BE52EF" w:rsidRDefault="00000000">
            <w:pPr>
              <w:spacing w:after="40"/>
            </w:pPr>
            <w:r>
              <w:rPr>
                <w:sz w:val="20"/>
              </w:rPr>
              <w:t>Integridad de entidad</w:t>
            </w:r>
          </w:p>
        </w:tc>
        <w:tc>
          <w:tcPr>
            <w:tcW w:w="4309" w:type="dxa"/>
            <w:shd w:val="clear" w:color="auto" w:fill="EEF2F7"/>
          </w:tcPr>
          <w:p w14:paraId="5DF324B1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Una clave primaria debe identificar inequivocamente cada tupla y NO puede contener valores nulos</w:t>
            </w:r>
          </w:p>
        </w:tc>
        <w:tc>
          <w:tcPr>
            <w:tcW w:w="2438" w:type="dxa"/>
            <w:shd w:val="clear" w:color="auto" w:fill="EEF2F7"/>
          </w:tcPr>
          <w:p w14:paraId="53D37BC8" w14:textId="77777777" w:rsidR="00BE52EF" w:rsidRDefault="00000000">
            <w:pPr>
              <w:spacing w:after="40"/>
            </w:pPr>
            <w:r>
              <w:rPr>
                <w:sz w:val="20"/>
              </w:rPr>
              <w:t>id_estudiante PK</w:t>
            </w:r>
          </w:p>
        </w:tc>
      </w:tr>
      <w:tr w:rsidR="00BE52EF" w:rsidRPr="007D1610" w14:paraId="1CE5FCAF" w14:textId="77777777">
        <w:trPr>
          <w:jc w:val="center"/>
        </w:trPr>
        <w:tc>
          <w:tcPr>
            <w:tcW w:w="2041" w:type="dxa"/>
          </w:tcPr>
          <w:p w14:paraId="0E8381FE" w14:textId="77777777" w:rsidR="00BE52EF" w:rsidRDefault="00000000">
            <w:pPr>
              <w:spacing w:after="40"/>
            </w:pPr>
            <w:r>
              <w:rPr>
                <w:sz w:val="20"/>
              </w:rPr>
              <w:t>Integridad referencial</w:t>
            </w:r>
          </w:p>
        </w:tc>
        <w:tc>
          <w:tcPr>
            <w:tcW w:w="4309" w:type="dxa"/>
          </w:tcPr>
          <w:p w14:paraId="661E950F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Una clave foranea debe hacer referencia a un valor existente de la clave correspondiente en otra relacion, salvo que el diseno permita el valor nulo</w:t>
            </w:r>
          </w:p>
        </w:tc>
        <w:tc>
          <w:tcPr>
            <w:tcW w:w="2438" w:type="dxa"/>
          </w:tcPr>
          <w:p w14:paraId="3E494B99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MATRICULA.id_estudiante -&gt; ESTUDIANTE.id_estudiante</w:t>
            </w:r>
          </w:p>
        </w:tc>
      </w:tr>
    </w:tbl>
    <w:p w14:paraId="3E1B7FB8" w14:textId="77777777" w:rsidR="00BE52EF" w:rsidRPr="007D1610" w:rsidRDefault="00BE52EF">
      <w:pPr>
        <w:spacing w:after="40"/>
        <w:rPr>
          <w:lang w:val="es-PA"/>
        </w:rPr>
      </w:pPr>
    </w:p>
    <w:p w14:paraId="3FFF8DE3" w14:textId="77777777" w:rsidR="00BE52EF" w:rsidRDefault="00000000">
      <w:pPr>
        <w:spacing w:before="240" w:after="80"/>
      </w:pPr>
      <w:r>
        <w:rPr>
          <w:b/>
          <w:color w:val="2E5C8A"/>
          <w:sz w:val="26"/>
        </w:rPr>
        <w:t>1.4 Definiciones de claves o llaves</w:t>
      </w:r>
    </w:p>
    <w:tbl>
      <w:tblPr>
        <w:tblW w:w="0" w:type="auto"/>
        <w:jc w:val="center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ook w:val="04A0" w:firstRow="1" w:lastRow="0" w:firstColumn="1" w:lastColumn="0" w:noHBand="0" w:noVBand="1"/>
      </w:tblPr>
      <w:tblGrid>
        <w:gridCol w:w="2835"/>
        <w:gridCol w:w="5953"/>
      </w:tblGrid>
      <w:tr w:rsidR="00BE52EF" w14:paraId="10813D28" w14:textId="77777777">
        <w:trPr>
          <w:jc w:val="center"/>
        </w:trPr>
        <w:tc>
          <w:tcPr>
            <w:tcW w:w="2835" w:type="dxa"/>
            <w:shd w:val="clear" w:color="auto" w:fill="1F3A5F"/>
          </w:tcPr>
          <w:p w14:paraId="49F30159" w14:textId="77777777" w:rsidR="00BE52EF" w:rsidRDefault="00000000">
            <w:r>
              <w:rPr>
                <w:b/>
                <w:color w:val="FFFFFF"/>
                <w:sz w:val="20"/>
              </w:rPr>
              <w:t>Clave</w:t>
            </w:r>
          </w:p>
        </w:tc>
        <w:tc>
          <w:tcPr>
            <w:tcW w:w="5953" w:type="dxa"/>
            <w:shd w:val="clear" w:color="auto" w:fill="1F3A5F"/>
          </w:tcPr>
          <w:p w14:paraId="0A87A2E7" w14:textId="77777777" w:rsidR="00BE52EF" w:rsidRDefault="00000000">
            <w:r>
              <w:rPr>
                <w:b/>
                <w:color w:val="FFFFFF"/>
                <w:sz w:val="20"/>
              </w:rPr>
              <w:t>Definicion</w:t>
            </w:r>
          </w:p>
        </w:tc>
      </w:tr>
      <w:tr w:rsidR="00BE52EF" w:rsidRPr="007D1610" w14:paraId="207F3CA1" w14:textId="77777777">
        <w:trPr>
          <w:jc w:val="center"/>
        </w:trPr>
        <w:tc>
          <w:tcPr>
            <w:tcW w:w="2835" w:type="dxa"/>
          </w:tcPr>
          <w:p w14:paraId="4913D4B6" w14:textId="77777777" w:rsidR="00BE52EF" w:rsidRDefault="00000000">
            <w:pPr>
              <w:spacing w:after="40"/>
            </w:pPr>
            <w:r>
              <w:rPr>
                <w:sz w:val="20"/>
              </w:rPr>
              <w:t>Superclave</w:t>
            </w:r>
          </w:p>
        </w:tc>
        <w:tc>
          <w:tcPr>
            <w:tcW w:w="5953" w:type="dxa"/>
          </w:tcPr>
          <w:p w14:paraId="18D43844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Uno o varios atributos que permiten identificar de forma unica una tupla.</w:t>
            </w:r>
          </w:p>
        </w:tc>
      </w:tr>
      <w:tr w:rsidR="00BE52EF" w:rsidRPr="007D1610" w14:paraId="356139B7" w14:textId="77777777">
        <w:trPr>
          <w:jc w:val="center"/>
        </w:trPr>
        <w:tc>
          <w:tcPr>
            <w:tcW w:w="2835" w:type="dxa"/>
            <w:shd w:val="clear" w:color="auto" w:fill="EEF2F7"/>
          </w:tcPr>
          <w:p w14:paraId="4C45C19B" w14:textId="77777777" w:rsidR="00BE52EF" w:rsidRDefault="00000000">
            <w:pPr>
              <w:spacing w:after="40"/>
            </w:pPr>
            <w:r>
              <w:rPr>
                <w:sz w:val="20"/>
              </w:rPr>
              <w:t>Clave candidata</w:t>
            </w:r>
          </w:p>
        </w:tc>
        <w:tc>
          <w:tcPr>
            <w:tcW w:w="5953" w:type="dxa"/>
            <w:shd w:val="clear" w:color="auto" w:fill="EEF2F7"/>
          </w:tcPr>
          <w:p w14:paraId="2B213E56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Superclave MINIMA capaz de identificar una tupla.</w:t>
            </w:r>
          </w:p>
        </w:tc>
      </w:tr>
      <w:tr w:rsidR="00BE52EF" w:rsidRPr="007D1610" w14:paraId="0787C9AB" w14:textId="77777777">
        <w:trPr>
          <w:jc w:val="center"/>
        </w:trPr>
        <w:tc>
          <w:tcPr>
            <w:tcW w:w="2835" w:type="dxa"/>
          </w:tcPr>
          <w:p w14:paraId="6DEFFE77" w14:textId="77777777" w:rsidR="00BE52EF" w:rsidRDefault="00000000">
            <w:pPr>
              <w:spacing w:after="40"/>
            </w:pPr>
            <w:r>
              <w:rPr>
                <w:sz w:val="20"/>
              </w:rPr>
              <w:t>Clave primaria (Primary Key)</w:t>
            </w:r>
          </w:p>
        </w:tc>
        <w:tc>
          <w:tcPr>
            <w:tcW w:w="5953" w:type="dxa"/>
          </w:tcPr>
          <w:p w14:paraId="2B020508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Clave candidata seleccionada para identificar oficialmente cada tupla.</w:t>
            </w:r>
          </w:p>
        </w:tc>
      </w:tr>
      <w:tr w:rsidR="00BE52EF" w:rsidRPr="007D1610" w14:paraId="659AD210" w14:textId="77777777">
        <w:trPr>
          <w:jc w:val="center"/>
        </w:trPr>
        <w:tc>
          <w:tcPr>
            <w:tcW w:w="2835" w:type="dxa"/>
            <w:shd w:val="clear" w:color="auto" w:fill="EEF2F7"/>
          </w:tcPr>
          <w:p w14:paraId="7F505CB7" w14:textId="77777777" w:rsidR="00BE52EF" w:rsidRDefault="00000000">
            <w:pPr>
              <w:spacing w:after="40"/>
            </w:pPr>
            <w:r>
              <w:rPr>
                <w:sz w:val="20"/>
              </w:rPr>
              <w:t>Claves alternativas</w:t>
            </w:r>
          </w:p>
        </w:tc>
        <w:tc>
          <w:tcPr>
            <w:tcW w:w="5953" w:type="dxa"/>
            <w:shd w:val="clear" w:color="auto" w:fill="EEF2F7"/>
          </w:tcPr>
          <w:p w14:paraId="4901D024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Claves candidatas que no fueron escogidas como clave primaria.</w:t>
            </w:r>
          </w:p>
        </w:tc>
      </w:tr>
      <w:tr w:rsidR="00BE52EF" w:rsidRPr="007D1610" w14:paraId="5E1106C8" w14:textId="77777777">
        <w:trPr>
          <w:jc w:val="center"/>
        </w:trPr>
        <w:tc>
          <w:tcPr>
            <w:tcW w:w="2835" w:type="dxa"/>
          </w:tcPr>
          <w:p w14:paraId="7F79999C" w14:textId="77777777" w:rsidR="00BE52EF" w:rsidRDefault="00000000">
            <w:pPr>
              <w:spacing w:after="40"/>
            </w:pPr>
            <w:r>
              <w:rPr>
                <w:sz w:val="20"/>
              </w:rPr>
              <w:t>Clave compuesta</w:t>
            </w:r>
          </w:p>
        </w:tc>
        <w:tc>
          <w:tcPr>
            <w:tcW w:w="5953" w:type="dxa"/>
          </w:tcPr>
          <w:p w14:paraId="7706E1CA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Clave constituida por dos o mas atributos.</w:t>
            </w:r>
          </w:p>
        </w:tc>
      </w:tr>
      <w:tr w:rsidR="00BE52EF" w:rsidRPr="007D1610" w14:paraId="47216DC6" w14:textId="77777777">
        <w:trPr>
          <w:jc w:val="center"/>
        </w:trPr>
        <w:tc>
          <w:tcPr>
            <w:tcW w:w="2835" w:type="dxa"/>
            <w:shd w:val="clear" w:color="auto" w:fill="EEF2F7"/>
          </w:tcPr>
          <w:p w14:paraId="4E3DFEFF" w14:textId="77777777" w:rsidR="00BE52EF" w:rsidRDefault="00000000">
            <w:pPr>
              <w:spacing w:after="40"/>
            </w:pPr>
            <w:r>
              <w:rPr>
                <w:sz w:val="20"/>
              </w:rPr>
              <w:t>Clave foranea (Foreign Key)</w:t>
            </w:r>
          </w:p>
        </w:tc>
        <w:tc>
          <w:tcPr>
            <w:tcW w:w="5953" w:type="dxa"/>
            <w:shd w:val="clear" w:color="auto" w:fill="EEF2F7"/>
          </w:tcPr>
          <w:p w14:paraId="3B6C5C65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Atributo que establece la relacion entre tablas.</w:t>
            </w:r>
          </w:p>
        </w:tc>
      </w:tr>
    </w:tbl>
    <w:p w14:paraId="687D3206" w14:textId="77777777" w:rsidR="00BE52EF" w:rsidRPr="007D1610" w:rsidRDefault="00BE52EF">
      <w:pPr>
        <w:spacing w:after="40"/>
        <w:rPr>
          <w:lang w:val="es-PA"/>
        </w:rPr>
      </w:pPr>
    </w:p>
    <w:p w14:paraId="25F4FC01" w14:textId="77777777" w:rsidR="00BE52EF" w:rsidRPr="007D1610" w:rsidRDefault="00000000">
      <w:pPr>
        <w:spacing w:before="120" w:after="160"/>
        <w:ind w:left="227"/>
        <w:rPr>
          <w:lang w:val="es-PA"/>
        </w:rPr>
      </w:pPr>
      <w:r w:rsidRPr="007D1610">
        <w:rPr>
          <w:b/>
          <w:color w:val="9C272D"/>
          <w:sz w:val="21"/>
          <w:lang w:val="es-PA"/>
        </w:rPr>
        <w:t>Cadena logica: Superclave -&gt; (minima) Candidata -&gt; (elegida) Primaria. Las candidatas no elegidas son ALTERNATIVAS.</w:t>
      </w:r>
    </w:p>
    <w:p w14:paraId="42747473" w14:textId="77777777" w:rsidR="00BE52EF" w:rsidRPr="007D1610" w:rsidRDefault="00000000">
      <w:pPr>
        <w:spacing w:before="240" w:after="80"/>
        <w:rPr>
          <w:lang w:val="es-PA"/>
        </w:rPr>
      </w:pPr>
      <w:r w:rsidRPr="007D1610">
        <w:rPr>
          <w:b/>
          <w:color w:val="2E5C8A"/>
          <w:sz w:val="26"/>
          <w:lang w:val="es-PA"/>
        </w:rPr>
        <w:t>1.5 Valores nulos</w:t>
      </w:r>
    </w:p>
    <w:p w14:paraId="08A44190" w14:textId="77777777" w:rsidR="00BE52EF" w:rsidRPr="007D1610" w:rsidRDefault="00000000">
      <w:pPr>
        <w:rPr>
          <w:lang w:val="es-PA"/>
        </w:rPr>
      </w:pPr>
      <w:r w:rsidRPr="007D1610">
        <w:rPr>
          <w:lang w:val="es-PA"/>
        </w:rPr>
        <w:lastRenderedPageBreak/>
        <w:t>El valor NULL representa la ausencia de un valor conocido o aplicable.</w:t>
      </w:r>
    </w:p>
    <w:p w14:paraId="2073E65D" w14:textId="77777777" w:rsidR="00BE52EF" w:rsidRPr="007D1610" w:rsidRDefault="00000000">
      <w:pPr>
        <w:spacing w:before="120" w:after="160"/>
        <w:ind w:left="227"/>
        <w:rPr>
          <w:lang w:val="es-PA"/>
        </w:rPr>
      </w:pPr>
      <w:r w:rsidRPr="007D1610">
        <w:rPr>
          <w:b/>
          <w:color w:val="9C272D"/>
          <w:sz w:val="21"/>
          <w:lang w:val="es-PA"/>
        </w:rPr>
        <w:t>NULL es distinto de:  0   |   "" (cadena vacia)   |   espacio en blanco</w:t>
      </w:r>
    </w:p>
    <w:tbl>
      <w:tblPr>
        <w:tblW w:w="0" w:type="auto"/>
        <w:jc w:val="center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ook w:val="04A0" w:firstRow="1" w:lastRow="0" w:firstColumn="1" w:lastColumn="0" w:noHBand="0" w:noVBand="1"/>
      </w:tblPr>
      <w:tblGrid>
        <w:gridCol w:w="1701"/>
        <w:gridCol w:w="2551"/>
        <w:gridCol w:w="4535"/>
      </w:tblGrid>
      <w:tr w:rsidR="00BE52EF" w14:paraId="3971085D" w14:textId="77777777">
        <w:trPr>
          <w:jc w:val="center"/>
        </w:trPr>
        <w:tc>
          <w:tcPr>
            <w:tcW w:w="1701" w:type="dxa"/>
            <w:shd w:val="clear" w:color="auto" w:fill="1F3A5F"/>
          </w:tcPr>
          <w:p w14:paraId="19594857" w14:textId="77777777" w:rsidR="00BE52EF" w:rsidRDefault="00000000">
            <w:r>
              <w:rPr>
                <w:b/>
                <w:color w:val="FFFFFF"/>
                <w:sz w:val="20"/>
              </w:rPr>
              <w:t>id</w:t>
            </w:r>
          </w:p>
        </w:tc>
        <w:tc>
          <w:tcPr>
            <w:tcW w:w="2551" w:type="dxa"/>
            <w:shd w:val="clear" w:color="auto" w:fill="1F3A5F"/>
          </w:tcPr>
          <w:p w14:paraId="1139012F" w14:textId="77777777" w:rsidR="00BE52EF" w:rsidRDefault="00000000">
            <w:r>
              <w:rPr>
                <w:b/>
                <w:color w:val="FFFFFF"/>
                <w:sz w:val="20"/>
              </w:rPr>
              <w:t>nombre</w:t>
            </w:r>
          </w:p>
        </w:tc>
        <w:tc>
          <w:tcPr>
            <w:tcW w:w="4535" w:type="dxa"/>
            <w:shd w:val="clear" w:color="auto" w:fill="1F3A5F"/>
          </w:tcPr>
          <w:p w14:paraId="52EF17CD" w14:textId="77777777" w:rsidR="00BE52EF" w:rsidRDefault="00000000">
            <w:r>
              <w:rPr>
                <w:b/>
                <w:color w:val="FFFFFF"/>
                <w:sz w:val="20"/>
              </w:rPr>
              <w:t>telefono</w:t>
            </w:r>
          </w:p>
        </w:tc>
      </w:tr>
      <w:tr w:rsidR="00BE52EF" w14:paraId="1FD0F14C" w14:textId="77777777">
        <w:trPr>
          <w:jc w:val="center"/>
        </w:trPr>
        <w:tc>
          <w:tcPr>
            <w:tcW w:w="1701" w:type="dxa"/>
          </w:tcPr>
          <w:p w14:paraId="405A990C" w14:textId="77777777" w:rsidR="00BE52EF" w:rsidRDefault="00000000">
            <w:pPr>
              <w:spacing w:after="40"/>
            </w:pPr>
            <w:r>
              <w:rPr>
                <w:sz w:val="20"/>
              </w:rPr>
              <w:t>1</w:t>
            </w:r>
          </w:p>
        </w:tc>
        <w:tc>
          <w:tcPr>
            <w:tcW w:w="2551" w:type="dxa"/>
          </w:tcPr>
          <w:p w14:paraId="6EAE4337" w14:textId="77777777" w:rsidR="00BE52EF" w:rsidRDefault="00000000">
            <w:pPr>
              <w:spacing w:after="40"/>
            </w:pPr>
            <w:r>
              <w:rPr>
                <w:sz w:val="20"/>
              </w:rPr>
              <w:t>Ana</w:t>
            </w:r>
          </w:p>
        </w:tc>
        <w:tc>
          <w:tcPr>
            <w:tcW w:w="4535" w:type="dxa"/>
          </w:tcPr>
          <w:p w14:paraId="2E55775D" w14:textId="77777777" w:rsidR="00BE52EF" w:rsidRDefault="00000000">
            <w:pPr>
              <w:spacing w:after="40"/>
            </w:pPr>
            <w:r>
              <w:rPr>
                <w:sz w:val="20"/>
              </w:rPr>
              <w:t>6200-1234</w:t>
            </w:r>
          </w:p>
        </w:tc>
      </w:tr>
      <w:tr w:rsidR="00BE52EF" w14:paraId="68BC681F" w14:textId="77777777">
        <w:trPr>
          <w:jc w:val="center"/>
        </w:trPr>
        <w:tc>
          <w:tcPr>
            <w:tcW w:w="1701" w:type="dxa"/>
            <w:shd w:val="clear" w:color="auto" w:fill="EEF2F7"/>
          </w:tcPr>
          <w:p w14:paraId="2DC5A12A" w14:textId="77777777" w:rsidR="00BE52EF" w:rsidRDefault="00000000">
            <w:pPr>
              <w:spacing w:after="40"/>
            </w:pPr>
            <w:r>
              <w:rPr>
                <w:sz w:val="20"/>
              </w:rPr>
              <w:t>2</w:t>
            </w:r>
          </w:p>
        </w:tc>
        <w:tc>
          <w:tcPr>
            <w:tcW w:w="2551" w:type="dxa"/>
            <w:shd w:val="clear" w:color="auto" w:fill="EEF2F7"/>
          </w:tcPr>
          <w:p w14:paraId="11C496B6" w14:textId="77777777" w:rsidR="00BE52EF" w:rsidRDefault="00000000">
            <w:pPr>
              <w:spacing w:after="40"/>
            </w:pPr>
            <w:r>
              <w:rPr>
                <w:sz w:val="20"/>
              </w:rPr>
              <w:t>Carlos</w:t>
            </w:r>
          </w:p>
        </w:tc>
        <w:tc>
          <w:tcPr>
            <w:tcW w:w="4535" w:type="dxa"/>
            <w:shd w:val="clear" w:color="auto" w:fill="EEF2F7"/>
          </w:tcPr>
          <w:p w14:paraId="3DD67E69" w14:textId="77777777" w:rsidR="00BE52EF" w:rsidRDefault="00000000">
            <w:pPr>
              <w:spacing w:after="40"/>
            </w:pPr>
            <w:r>
              <w:rPr>
                <w:sz w:val="20"/>
              </w:rPr>
              <w:t>NULL</w:t>
            </w:r>
          </w:p>
        </w:tc>
      </w:tr>
    </w:tbl>
    <w:p w14:paraId="1EF34F45" w14:textId="77777777" w:rsidR="00BE52EF" w:rsidRDefault="00BE52EF">
      <w:pPr>
        <w:spacing w:after="40"/>
      </w:pPr>
    </w:p>
    <w:p w14:paraId="7734D405" w14:textId="77777777" w:rsidR="00BE52EF" w:rsidRPr="007D1610" w:rsidRDefault="00000000">
      <w:pPr>
        <w:spacing w:after="40"/>
        <w:rPr>
          <w:lang w:val="es-PA"/>
        </w:rPr>
      </w:pPr>
      <w:r w:rsidRPr="007D1610">
        <w:rPr>
          <w:b/>
          <w:lang w:val="es-PA"/>
        </w:rPr>
        <w:t>El NULL puede indicar que el telefono de Carlos:</w:t>
      </w:r>
    </w:p>
    <w:p w14:paraId="40B6A85F" w14:textId="77777777" w:rsidR="00BE52EF" w:rsidRDefault="00000000">
      <w:pPr>
        <w:pStyle w:val="Listaconvietas"/>
        <w:spacing w:after="60"/>
        <w:ind w:left="425"/>
      </w:pPr>
      <w:r>
        <w:t>no fue proporcionado;</w:t>
      </w:r>
    </w:p>
    <w:p w14:paraId="3A66155C" w14:textId="77777777" w:rsidR="00BE52EF" w:rsidRDefault="00000000">
      <w:pPr>
        <w:pStyle w:val="Listaconvietas"/>
        <w:spacing w:after="60"/>
        <w:ind w:left="425"/>
      </w:pPr>
      <w:r>
        <w:t>todavia no se conoce;</w:t>
      </w:r>
    </w:p>
    <w:p w14:paraId="794E43E2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puede no aplicar dependiendo del atributo.</w:t>
      </w:r>
    </w:p>
    <w:p w14:paraId="4A8F30A8" w14:textId="77777777" w:rsidR="00BE52EF" w:rsidRPr="007D1610" w:rsidRDefault="00000000">
      <w:pPr>
        <w:spacing w:before="240" w:after="80"/>
        <w:rPr>
          <w:lang w:val="es-PA"/>
        </w:rPr>
      </w:pPr>
      <w:r w:rsidRPr="007D1610">
        <w:rPr>
          <w:b/>
          <w:color w:val="2E5C8A"/>
          <w:sz w:val="26"/>
          <w:lang w:val="es-PA"/>
        </w:rPr>
        <w:t>1.6 Dominios</w:t>
      </w:r>
    </w:p>
    <w:p w14:paraId="724A8B19" w14:textId="77777777" w:rsidR="00BE52EF" w:rsidRPr="007D1610" w:rsidRDefault="00000000">
      <w:pPr>
        <w:rPr>
          <w:lang w:val="es-PA"/>
        </w:rPr>
      </w:pPr>
      <w:r w:rsidRPr="007D1610">
        <w:rPr>
          <w:lang w:val="es-PA"/>
        </w:rPr>
        <w:t>Un dominio determina el conjunto de valores permitidos para un atributo.</w:t>
      </w:r>
    </w:p>
    <w:tbl>
      <w:tblPr>
        <w:tblW w:w="0" w:type="auto"/>
        <w:jc w:val="center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ook w:val="04A0" w:firstRow="1" w:lastRow="0" w:firstColumn="1" w:lastColumn="0" w:noHBand="0" w:noVBand="1"/>
      </w:tblPr>
      <w:tblGrid>
        <w:gridCol w:w="1814"/>
        <w:gridCol w:w="3402"/>
        <w:gridCol w:w="3572"/>
      </w:tblGrid>
      <w:tr w:rsidR="00BE52EF" w14:paraId="15F63963" w14:textId="77777777">
        <w:trPr>
          <w:jc w:val="center"/>
        </w:trPr>
        <w:tc>
          <w:tcPr>
            <w:tcW w:w="1814" w:type="dxa"/>
            <w:shd w:val="clear" w:color="auto" w:fill="1F3A5F"/>
          </w:tcPr>
          <w:p w14:paraId="30C737C4" w14:textId="77777777" w:rsidR="00BE52EF" w:rsidRDefault="00000000">
            <w:r>
              <w:rPr>
                <w:b/>
                <w:color w:val="FFFFFF"/>
                <w:sz w:val="20"/>
              </w:rPr>
              <w:t>Atributo</w:t>
            </w:r>
          </w:p>
        </w:tc>
        <w:tc>
          <w:tcPr>
            <w:tcW w:w="3402" w:type="dxa"/>
            <w:shd w:val="clear" w:color="auto" w:fill="1F3A5F"/>
          </w:tcPr>
          <w:p w14:paraId="65B33371" w14:textId="77777777" w:rsidR="00BE52EF" w:rsidRDefault="00000000">
            <w:r>
              <w:rPr>
                <w:b/>
                <w:color w:val="FFFFFF"/>
                <w:sz w:val="20"/>
              </w:rPr>
              <w:t>Dominio</w:t>
            </w:r>
          </w:p>
        </w:tc>
        <w:tc>
          <w:tcPr>
            <w:tcW w:w="3572" w:type="dxa"/>
            <w:shd w:val="clear" w:color="auto" w:fill="1F3A5F"/>
          </w:tcPr>
          <w:p w14:paraId="26C95CB4" w14:textId="77777777" w:rsidR="00BE52EF" w:rsidRDefault="00000000">
            <w:r>
              <w:rPr>
                <w:b/>
                <w:color w:val="FFFFFF"/>
                <w:sz w:val="20"/>
              </w:rPr>
              <w:t>Restriccion SQL</w:t>
            </w:r>
          </w:p>
        </w:tc>
      </w:tr>
      <w:tr w:rsidR="00BE52EF" w14:paraId="29AD0C16" w14:textId="77777777">
        <w:trPr>
          <w:jc w:val="center"/>
        </w:trPr>
        <w:tc>
          <w:tcPr>
            <w:tcW w:w="1814" w:type="dxa"/>
          </w:tcPr>
          <w:p w14:paraId="22045632" w14:textId="77777777" w:rsidR="00BE52EF" w:rsidRDefault="00000000">
            <w:pPr>
              <w:spacing w:after="40"/>
            </w:pPr>
            <w:r>
              <w:rPr>
                <w:sz w:val="20"/>
              </w:rPr>
              <w:t>edad</w:t>
            </w:r>
          </w:p>
        </w:tc>
        <w:tc>
          <w:tcPr>
            <w:tcW w:w="3402" w:type="dxa"/>
          </w:tcPr>
          <w:p w14:paraId="1B6B7DBB" w14:textId="77777777" w:rsidR="00BE52EF" w:rsidRDefault="00000000">
            <w:pPr>
              <w:spacing w:after="40"/>
            </w:pPr>
            <w:r>
              <w:rPr>
                <w:sz w:val="20"/>
              </w:rPr>
              <w:t>Enteros entre 16 y 100</w:t>
            </w:r>
          </w:p>
        </w:tc>
        <w:tc>
          <w:tcPr>
            <w:tcW w:w="3572" w:type="dxa"/>
          </w:tcPr>
          <w:p w14:paraId="05C31FF1" w14:textId="77777777" w:rsidR="00BE52EF" w:rsidRDefault="00000000">
            <w:pPr>
              <w:spacing w:after="40"/>
            </w:pPr>
            <w:r>
              <w:rPr>
                <w:sz w:val="20"/>
              </w:rPr>
              <w:t>CHECK (edad BETWEEN 16 AND 100)</w:t>
            </w:r>
          </w:p>
        </w:tc>
      </w:tr>
      <w:tr w:rsidR="00BE52EF" w14:paraId="377A2C2C" w14:textId="77777777">
        <w:trPr>
          <w:jc w:val="center"/>
        </w:trPr>
        <w:tc>
          <w:tcPr>
            <w:tcW w:w="1814" w:type="dxa"/>
            <w:shd w:val="clear" w:color="auto" w:fill="EEF2F7"/>
          </w:tcPr>
          <w:p w14:paraId="6EB56FEC" w14:textId="77777777" w:rsidR="00BE52EF" w:rsidRDefault="00000000">
            <w:pPr>
              <w:spacing w:after="40"/>
            </w:pPr>
            <w:r>
              <w:rPr>
                <w:sz w:val="20"/>
              </w:rPr>
              <w:t>estado</w:t>
            </w:r>
          </w:p>
        </w:tc>
        <w:tc>
          <w:tcPr>
            <w:tcW w:w="3402" w:type="dxa"/>
            <w:shd w:val="clear" w:color="auto" w:fill="EEF2F7"/>
          </w:tcPr>
          <w:p w14:paraId="419398F6" w14:textId="77777777" w:rsidR="00BE52EF" w:rsidRDefault="00000000">
            <w:pPr>
              <w:spacing w:after="40"/>
            </w:pPr>
            <w:r>
              <w:rPr>
                <w:sz w:val="20"/>
              </w:rPr>
              <w:t>{Activo, Inactivo, Retirado}</w:t>
            </w:r>
          </w:p>
        </w:tc>
        <w:tc>
          <w:tcPr>
            <w:tcW w:w="3572" w:type="dxa"/>
            <w:shd w:val="clear" w:color="auto" w:fill="EEF2F7"/>
          </w:tcPr>
          <w:p w14:paraId="565FE251" w14:textId="77777777" w:rsidR="00BE52EF" w:rsidRDefault="00000000">
            <w:pPr>
              <w:spacing w:after="40"/>
            </w:pPr>
            <w:r>
              <w:rPr>
                <w:sz w:val="20"/>
              </w:rPr>
              <w:t>CHECK (estado IN (...))</w:t>
            </w:r>
          </w:p>
        </w:tc>
      </w:tr>
    </w:tbl>
    <w:p w14:paraId="64FD594B" w14:textId="77777777" w:rsidR="00BE52EF" w:rsidRDefault="00BE52EF">
      <w:pPr>
        <w:spacing w:after="40"/>
      </w:pPr>
    </w:p>
    <w:p w14:paraId="66576CC2" w14:textId="77777777" w:rsidR="00BE52EF" w:rsidRDefault="00000000">
      <w:pPr>
        <w:spacing w:before="160"/>
      </w:pPr>
      <w:r>
        <w:rPr>
          <w:b/>
          <w:color w:val="1F3A5F"/>
          <w:sz w:val="23"/>
        </w:rPr>
        <w:t>Otras restricciones</w:t>
      </w:r>
    </w:p>
    <w:p w14:paraId="42F43880" w14:textId="77777777" w:rsidR="00BE52EF" w:rsidRDefault="00000000">
      <w:pPr>
        <w:pStyle w:val="Listaconvietas"/>
        <w:spacing w:after="60"/>
        <w:ind w:left="425"/>
      </w:pPr>
      <w:r>
        <w:t>NOT NULL</w:t>
      </w:r>
    </w:p>
    <w:p w14:paraId="2E28612A" w14:textId="77777777" w:rsidR="00BE52EF" w:rsidRDefault="00000000">
      <w:pPr>
        <w:pStyle w:val="Listaconvietas"/>
        <w:spacing w:after="60"/>
        <w:ind w:left="425"/>
      </w:pPr>
      <w:r>
        <w:t>UNIQUE</w:t>
      </w:r>
    </w:p>
    <w:p w14:paraId="5E2459DA" w14:textId="77777777" w:rsidR="00BE52EF" w:rsidRDefault="00000000">
      <w:pPr>
        <w:pStyle w:val="Listaconvietas"/>
        <w:spacing w:after="60"/>
        <w:ind w:left="425"/>
      </w:pPr>
      <w:r>
        <w:t>CHECK</w:t>
      </w:r>
    </w:p>
    <w:p w14:paraId="3397F8FB" w14:textId="77777777" w:rsidR="00BE52EF" w:rsidRDefault="00000000">
      <w:pPr>
        <w:pStyle w:val="Listaconvietas"/>
        <w:spacing w:after="60"/>
        <w:ind w:left="425"/>
      </w:pPr>
      <w:r>
        <w:t>Reglas institucionales</w:t>
      </w:r>
    </w:p>
    <w:p w14:paraId="68378787" w14:textId="77777777" w:rsidR="00BE52EF" w:rsidRDefault="00000000">
      <w:pPr>
        <w:pStyle w:val="Listaconvietas"/>
        <w:spacing w:after="60"/>
        <w:ind w:left="425"/>
      </w:pPr>
      <w:r>
        <w:t>Reglas propias del negocio</w:t>
      </w:r>
    </w:p>
    <w:p w14:paraId="355737C9" w14:textId="77777777" w:rsidR="00BE52EF" w:rsidRPr="007D1610" w:rsidRDefault="00000000">
      <w:pPr>
        <w:rPr>
          <w:lang w:val="es-PA"/>
        </w:rPr>
      </w:pPr>
      <w:r w:rsidRPr="007D1610">
        <w:rPr>
          <w:i/>
          <w:lang w:val="es-PA"/>
        </w:rPr>
        <w:t>Algunas restricciones pertenecen directamente al modelo de datos y otras corresponden a reglas particulares del sistema que estamos desarrollando.</w:t>
      </w:r>
    </w:p>
    <w:p w14:paraId="6E03E984" w14:textId="77777777" w:rsidR="00BE52EF" w:rsidRPr="007D1610" w:rsidRDefault="00000000">
      <w:pPr>
        <w:spacing w:before="240" w:after="80"/>
        <w:rPr>
          <w:lang w:val="es-PA"/>
        </w:rPr>
      </w:pPr>
      <w:r w:rsidRPr="007D1610">
        <w:rPr>
          <w:b/>
          <w:color w:val="2E5C8A"/>
          <w:sz w:val="26"/>
          <w:lang w:val="es-PA"/>
        </w:rPr>
        <w:t>1.7 Conversion de un esquema ER al modelo relacional</w:t>
      </w:r>
    </w:p>
    <w:p w14:paraId="27226271" w14:textId="77777777" w:rsidR="00BE52EF" w:rsidRPr="007D1610" w:rsidRDefault="00000000">
      <w:pPr>
        <w:spacing w:before="160"/>
        <w:rPr>
          <w:lang w:val="es-PA"/>
        </w:rPr>
      </w:pPr>
      <w:r w:rsidRPr="007D1610">
        <w:rPr>
          <w:b/>
          <w:color w:val="1F3A5F"/>
          <w:sz w:val="23"/>
          <w:lang w:val="es-PA"/>
        </w:rPr>
        <w:t>a) Entidades fuertes</w:t>
      </w:r>
    </w:p>
    <w:p w14:paraId="6D275BB2" w14:textId="77777777" w:rsidR="00BE52EF" w:rsidRPr="007D1610" w:rsidRDefault="00000000">
      <w:pPr>
        <w:shd w:val="clear" w:color="auto" w:fill="F2F4F7"/>
        <w:spacing w:before="80" w:after="80"/>
        <w:ind w:left="454"/>
        <w:rPr>
          <w:lang w:val="es-PA"/>
        </w:rPr>
      </w:pPr>
      <w:r w:rsidRPr="007D1610">
        <w:rPr>
          <w:rFonts w:ascii="Consolas" w:hAnsi="Consolas"/>
          <w:color w:val="1A472E"/>
          <w:sz w:val="20"/>
          <w:lang w:val="es-PA"/>
        </w:rPr>
        <w:t>ESTUDIANTE(id_estudiante PK,</w:t>
      </w:r>
      <w:r w:rsidRPr="007D1610">
        <w:rPr>
          <w:rFonts w:ascii="Consolas" w:hAnsi="Consolas"/>
          <w:color w:val="1A472E"/>
          <w:sz w:val="20"/>
          <w:lang w:val="es-PA"/>
        </w:rPr>
        <w:br/>
        <w:t xml:space="preserve">            nombre,</w:t>
      </w:r>
      <w:r w:rsidRPr="007D1610">
        <w:rPr>
          <w:rFonts w:ascii="Consolas" w:hAnsi="Consolas"/>
          <w:color w:val="1A472E"/>
          <w:sz w:val="20"/>
          <w:lang w:val="es-PA"/>
        </w:rPr>
        <w:br/>
        <w:t xml:space="preserve">            correo)</w:t>
      </w:r>
    </w:p>
    <w:p w14:paraId="19F5A2EB" w14:textId="77777777" w:rsidR="00BE52EF" w:rsidRPr="007D1610" w:rsidRDefault="00000000">
      <w:pPr>
        <w:spacing w:before="160"/>
        <w:rPr>
          <w:lang w:val="es-PA"/>
        </w:rPr>
      </w:pPr>
      <w:r w:rsidRPr="007D1610">
        <w:rPr>
          <w:b/>
          <w:color w:val="1F3A5F"/>
          <w:sz w:val="23"/>
          <w:lang w:val="es-PA"/>
        </w:rPr>
        <w:t>b) Relaciones 1:N</w:t>
      </w:r>
    </w:p>
    <w:p w14:paraId="7F77D088" w14:textId="77777777" w:rsidR="00BE52EF" w:rsidRPr="007D1610" w:rsidRDefault="00000000">
      <w:pPr>
        <w:rPr>
          <w:lang w:val="es-PA"/>
        </w:rPr>
      </w:pPr>
      <w:r w:rsidRPr="007D1610">
        <w:rPr>
          <w:lang w:val="es-PA"/>
        </w:rPr>
        <w:t>CARRERA  1 -------- N  ESTUDIANTE</w:t>
      </w:r>
    </w:p>
    <w:p w14:paraId="3287F655" w14:textId="77777777" w:rsidR="00BE52EF" w:rsidRPr="007D1610" w:rsidRDefault="00000000">
      <w:pPr>
        <w:rPr>
          <w:lang w:val="es-PA"/>
        </w:rPr>
      </w:pPr>
      <w:r w:rsidRPr="007D1610">
        <w:rPr>
          <w:b/>
          <w:lang w:val="es-PA"/>
        </w:rPr>
        <w:t>El identificador del lado 1 se coloca como clave foranea en el lado N.</w:t>
      </w:r>
    </w:p>
    <w:p w14:paraId="2501D759" w14:textId="77777777" w:rsidR="00BE52EF" w:rsidRPr="007D1610" w:rsidRDefault="00000000">
      <w:pPr>
        <w:shd w:val="clear" w:color="auto" w:fill="F2F4F7"/>
        <w:spacing w:before="80" w:after="80"/>
        <w:ind w:left="454"/>
        <w:rPr>
          <w:lang w:val="es-PA"/>
        </w:rPr>
      </w:pPr>
      <w:r w:rsidRPr="007D1610">
        <w:rPr>
          <w:rFonts w:ascii="Consolas" w:hAnsi="Consolas"/>
          <w:color w:val="1A472E"/>
          <w:sz w:val="20"/>
          <w:lang w:val="es-PA"/>
        </w:rPr>
        <w:t>CARRERA( id_carrera PK,</w:t>
      </w:r>
      <w:r w:rsidRPr="007D1610">
        <w:rPr>
          <w:rFonts w:ascii="Consolas" w:hAnsi="Consolas"/>
          <w:color w:val="1A472E"/>
          <w:sz w:val="20"/>
          <w:lang w:val="es-PA"/>
        </w:rPr>
        <w:br/>
        <w:t xml:space="preserve">          nombre )</w:t>
      </w:r>
      <w:r w:rsidRPr="007D1610">
        <w:rPr>
          <w:rFonts w:ascii="Consolas" w:hAnsi="Consolas"/>
          <w:color w:val="1A472E"/>
          <w:sz w:val="20"/>
          <w:lang w:val="es-PA"/>
        </w:rPr>
        <w:br/>
      </w:r>
      <w:r w:rsidRPr="007D1610">
        <w:rPr>
          <w:rFonts w:ascii="Consolas" w:hAnsi="Consolas"/>
          <w:color w:val="1A472E"/>
          <w:sz w:val="20"/>
          <w:lang w:val="es-PA"/>
        </w:rPr>
        <w:br/>
      </w:r>
      <w:r w:rsidRPr="007D1610">
        <w:rPr>
          <w:rFonts w:ascii="Consolas" w:hAnsi="Consolas"/>
          <w:color w:val="1A472E"/>
          <w:sz w:val="20"/>
          <w:lang w:val="es-PA"/>
        </w:rPr>
        <w:lastRenderedPageBreak/>
        <w:t>ESTUDIANTE( id_estudiante PK,</w:t>
      </w:r>
      <w:r w:rsidRPr="007D1610">
        <w:rPr>
          <w:rFonts w:ascii="Consolas" w:hAnsi="Consolas"/>
          <w:color w:val="1A472E"/>
          <w:sz w:val="20"/>
          <w:lang w:val="es-PA"/>
        </w:rPr>
        <w:br/>
        <w:t xml:space="preserve">              nombre,</w:t>
      </w:r>
      <w:r w:rsidRPr="007D1610">
        <w:rPr>
          <w:rFonts w:ascii="Consolas" w:hAnsi="Consolas"/>
          <w:color w:val="1A472E"/>
          <w:sz w:val="20"/>
          <w:lang w:val="es-PA"/>
        </w:rPr>
        <w:br/>
        <w:t xml:space="preserve">              id_carrera FK )</w:t>
      </w:r>
    </w:p>
    <w:p w14:paraId="52AF3B36" w14:textId="77777777" w:rsidR="00BE52EF" w:rsidRPr="007D1610" w:rsidRDefault="00000000">
      <w:pPr>
        <w:spacing w:before="160"/>
        <w:rPr>
          <w:lang w:val="es-PA"/>
        </w:rPr>
      </w:pPr>
      <w:r w:rsidRPr="007D1610">
        <w:rPr>
          <w:b/>
          <w:color w:val="1F3A5F"/>
          <w:sz w:val="23"/>
          <w:lang w:val="es-PA"/>
        </w:rPr>
        <w:t>c) Relaciones N:M</w:t>
      </w:r>
    </w:p>
    <w:p w14:paraId="277F6434" w14:textId="77777777" w:rsidR="00BE52EF" w:rsidRPr="007D1610" w:rsidRDefault="00000000">
      <w:pPr>
        <w:rPr>
          <w:lang w:val="es-PA"/>
        </w:rPr>
      </w:pPr>
      <w:r w:rsidRPr="007D1610">
        <w:rPr>
          <w:lang w:val="es-PA"/>
        </w:rPr>
        <w:t>ESTUDIANTE  N -------- M  ASIGNATURA</w:t>
      </w:r>
    </w:p>
    <w:p w14:paraId="5D33F3B5" w14:textId="77777777" w:rsidR="00BE52EF" w:rsidRPr="007D1610" w:rsidRDefault="00000000">
      <w:pPr>
        <w:rPr>
          <w:lang w:val="es-PA"/>
        </w:rPr>
      </w:pPr>
      <w:r w:rsidRPr="007D1610">
        <w:rPr>
          <w:b/>
          <w:lang w:val="es-PA"/>
        </w:rPr>
        <w:t>Se introduce una nueva relacion:</w:t>
      </w:r>
    </w:p>
    <w:p w14:paraId="2D195846" w14:textId="77777777" w:rsidR="00BE52EF" w:rsidRPr="007D1610" w:rsidRDefault="00000000">
      <w:pPr>
        <w:shd w:val="clear" w:color="auto" w:fill="F2F4F7"/>
        <w:spacing w:before="80" w:after="80"/>
        <w:ind w:left="454"/>
        <w:rPr>
          <w:lang w:val="es-PA"/>
        </w:rPr>
      </w:pPr>
      <w:r w:rsidRPr="007D1610">
        <w:rPr>
          <w:rFonts w:ascii="Consolas" w:hAnsi="Consolas"/>
          <w:color w:val="1A472E"/>
          <w:sz w:val="20"/>
          <w:lang w:val="es-PA"/>
        </w:rPr>
        <w:t>ESTUDIANTE( id_estudiante PK,</w:t>
      </w:r>
      <w:r w:rsidRPr="007D1610">
        <w:rPr>
          <w:rFonts w:ascii="Consolas" w:hAnsi="Consolas"/>
          <w:color w:val="1A472E"/>
          <w:sz w:val="20"/>
          <w:lang w:val="es-PA"/>
        </w:rPr>
        <w:br/>
        <w:t xml:space="preserve">             Nombre )</w:t>
      </w:r>
      <w:r w:rsidRPr="007D1610">
        <w:rPr>
          <w:rFonts w:ascii="Consolas" w:hAnsi="Consolas"/>
          <w:color w:val="1A472E"/>
          <w:sz w:val="20"/>
          <w:lang w:val="es-PA"/>
        </w:rPr>
        <w:br/>
      </w:r>
      <w:r w:rsidRPr="007D1610">
        <w:rPr>
          <w:rFonts w:ascii="Consolas" w:hAnsi="Consolas"/>
          <w:color w:val="1A472E"/>
          <w:sz w:val="20"/>
          <w:lang w:val="es-PA"/>
        </w:rPr>
        <w:br/>
        <w:t>ASIGNATURA( id_asignatura PK,</w:t>
      </w:r>
      <w:r w:rsidRPr="007D1610">
        <w:rPr>
          <w:rFonts w:ascii="Consolas" w:hAnsi="Consolas"/>
          <w:color w:val="1A472E"/>
          <w:sz w:val="20"/>
          <w:lang w:val="es-PA"/>
        </w:rPr>
        <w:br/>
        <w:t xml:space="preserve">             Nombre )</w:t>
      </w:r>
      <w:r w:rsidRPr="007D1610">
        <w:rPr>
          <w:rFonts w:ascii="Consolas" w:hAnsi="Consolas"/>
          <w:color w:val="1A472E"/>
          <w:sz w:val="20"/>
          <w:lang w:val="es-PA"/>
        </w:rPr>
        <w:br/>
      </w:r>
      <w:r w:rsidRPr="007D1610">
        <w:rPr>
          <w:rFonts w:ascii="Consolas" w:hAnsi="Consolas"/>
          <w:color w:val="1A472E"/>
          <w:sz w:val="20"/>
          <w:lang w:val="es-PA"/>
        </w:rPr>
        <w:br/>
        <w:t>MATRICULA( id_estudiante  PK/FK,</w:t>
      </w:r>
      <w:r w:rsidRPr="007D1610">
        <w:rPr>
          <w:rFonts w:ascii="Consolas" w:hAnsi="Consolas"/>
          <w:color w:val="1A472E"/>
          <w:sz w:val="20"/>
          <w:lang w:val="es-PA"/>
        </w:rPr>
        <w:br/>
        <w:t xml:space="preserve">           id_asignatura PK/FK,</w:t>
      </w:r>
      <w:r w:rsidRPr="007D1610">
        <w:rPr>
          <w:rFonts w:ascii="Consolas" w:hAnsi="Consolas"/>
          <w:color w:val="1A472E"/>
          <w:sz w:val="20"/>
          <w:lang w:val="es-PA"/>
        </w:rPr>
        <w:br/>
        <w:t xml:space="preserve">           semestre,</w:t>
      </w:r>
      <w:r w:rsidRPr="007D1610">
        <w:rPr>
          <w:rFonts w:ascii="Consolas" w:hAnsi="Consolas"/>
          <w:color w:val="1A472E"/>
          <w:sz w:val="20"/>
          <w:lang w:val="es-PA"/>
        </w:rPr>
        <w:br/>
        <w:t xml:space="preserve">           nota )</w:t>
      </w:r>
    </w:p>
    <w:p w14:paraId="405C3006" w14:textId="77777777" w:rsidR="00BE52EF" w:rsidRPr="007D1610" w:rsidRDefault="00000000">
      <w:pPr>
        <w:spacing w:before="240" w:after="80"/>
        <w:rPr>
          <w:lang w:val="es-PA"/>
        </w:rPr>
      </w:pPr>
      <w:r w:rsidRPr="007D1610">
        <w:rPr>
          <w:b/>
          <w:color w:val="2E5C8A"/>
          <w:sz w:val="26"/>
          <w:lang w:val="es-PA"/>
        </w:rPr>
        <w:t>1.8 Diferencias clave: Modelo E-R vs. Modelo Relacional</w:t>
      </w:r>
    </w:p>
    <w:tbl>
      <w:tblPr>
        <w:tblW w:w="0" w:type="auto"/>
        <w:jc w:val="center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ook w:val="04A0" w:firstRow="1" w:lastRow="0" w:firstColumn="1" w:lastColumn="0" w:noHBand="0" w:noVBand="1"/>
      </w:tblPr>
      <w:tblGrid>
        <w:gridCol w:w="2041"/>
        <w:gridCol w:w="3402"/>
        <w:gridCol w:w="3345"/>
      </w:tblGrid>
      <w:tr w:rsidR="00BE52EF" w14:paraId="06B6F82A" w14:textId="77777777">
        <w:trPr>
          <w:jc w:val="center"/>
        </w:trPr>
        <w:tc>
          <w:tcPr>
            <w:tcW w:w="2041" w:type="dxa"/>
            <w:shd w:val="clear" w:color="auto" w:fill="1F3A5F"/>
          </w:tcPr>
          <w:p w14:paraId="2BAB31AB" w14:textId="77777777" w:rsidR="00BE52EF" w:rsidRDefault="00000000">
            <w:r>
              <w:rPr>
                <w:b/>
                <w:color w:val="FFFFFF"/>
                <w:sz w:val="20"/>
              </w:rPr>
              <w:t>Aspecto</w:t>
            </w:r>
          </w:p>
        </w:tc>
        <w:tc>
          <w:tcPr>
            <w:tcW w:w="3402" w:type="dxa"/>
            <w:shd w:val="clear" w:color="auto" w:fill="1F3A5F"/>
          </w:tcPr>
          <w:p w14:paraId="619D3EA4" w14:textId="77777777" w:rsidR="00BE52EF" w:rsidRDefault="00000000">
            <w:r>
              <w:rPr>
                <w:b/>
                <w:color w:val="FFFFFF"/>
                <w:sz w:val="20"/>
              </w:rPr>
              <w:t>Modelo E-R</w:t>
            </w:r>
          </w:p>
        </w:tc>
        <w:tc>
          <w:tcPr>
            <w:tcW w:w="3345" w:type="dxa"/>
            <w:shd w:val="clear" w:color="auto" w:fill="1F3A5F"/>
          </w:tcPr>
          <w:p w14:paraId="68790B64" w14:textId="77777777" w:rsidR="00BE52EF" w:rsidRDefault="00000000">
            <w:r>
              <w:rPr>
                <w:b/>
                <w:color w:val="FFFFFF"/>
                <w:sz w:val="20"/>
              </w:rPr>
              <w:t>Modelo Relacional</w:t>
            </w:r>
          </w:p>
        </w:tc>
      </w:tr>
      <w:tr w:rsidR="00BE52EF" w:rsidRPr="007D1610" w14:paraId="05A58521" w14:textId="77777777">
        <w:trPr>
          <w:jc w:val="center"/>
        </w:trPr>
        <w:tc>
          <w:tcPr>
            <w:tcW w:w="2041" w:type="dxa"/>
          </w:tcPr>
          <w:p w14:paraId="345B07E6" w14:textId="77777777" w:rsidR="00BE52EF" w:rsidRDefault="00000000">
            <w:pPr>
              <w:spacing w:after="40"/>
            </w:pPr>
            <w:r>
              <w:rPr>
                <w:sz w:val="20"/>
              </w:rPr>
              <w:t>Nivel de abstraccion</w:t>
            </w:r>
          </w:p>
        </w:tc>
        <w:tc>
          <w:tcPr>
            <w:tcW w:w="3402" w:type="dxa"/>
          </w:tcPr>
          <w:p w14:paraId="234AD594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Conceptual (un plano o boceto inicial de la realidad)</w:t>
            </w:r>
          </w:p>
        </w:tc>
        <w:tc>
          <w:tcPr>
            <w:tcW w:w="3345" w:type="dxa"/>
          </w:tcPr>
          <w:p w14:paraId="08F04C23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Logico (preparado directamente para un DBMS)</w:t>
            </w:r>
          </w:p>
        </w:tc>
      </w:tr>
      <w:tr w:rsidR="00BE52EF" w:rsidRPr="007D1610" w14:paraId="2D4D5021" w14:textId="77777777">
        <w:trPr>
          <w:jc w:val="center"/>
        </w:trPr>
        <w:tc>
          <w:tcPr>
            <w:tcW w:w="2041" w:type="dxa"/>
            <w:shd w:val="clear" w:color="auto" w:fill="EEF2F7"/>
          </w:tcPr>
          <w:p w14:paraId="39F0EF1F" w14:textId="77777777" w:rsidR="00BE52EF" w:rsidRDefault="00000000">
            <w:pPr>
              <w:spacing w:after="40"/>
            </w:pPr>
            <w:r>
              <w:rPr>
                <w:sz w:val="20"/>
              </w:rPr>
              <w:t>Elementos principales</w:t>
            </w:r>
          </w:p>
        </w:tc>
        <w:tc>
          <w:tcPr>
            <w:tcW w:w="3402" w:type="dxa"/>
            <w:shd w:val="clear" w:color="auto" w:fill="EEF2F7"/>
          </w:tcPr>
          <w:p w14:paraId="6B125193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Entidades, atributos y relaciones con su cardinalidad</w:t>
            </w:r>
          </w:p>
        </w:tc>
        <w:tc>
          <w:tcPr>
            <w:tcW w:w="3345" w:type="dxa"/>
            <w:shd w:val="clear" w:color="auto" w:fill="EEF2F7"/>
          </w:tcPr>
          <w:p w14:paraId="38D06206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Tablas (relaciones), filas (tuplas), columnas (atributos), PK y FK</w:t>
            </w:r>
          </w:p>
        </w:tc>
      </w:tr>
      <w:tr w:rsidR="00BE52EF" w:rsidRPr="007D1610" w14:paraId="0BE3C313" w14:textId="77777777">
        <w:trPr>
          <w:jc w:val="center"/>
        </w:trPr>
        <w:tc>
          <w:tcPr>
            <w:tcW w:w="2041" w:type="dxa"/>
          </w:tcPr>
          <w:p w14:paraId="0A07D490" w14:textId="77777777" w:rsidR="00BE52EF" w:rsidRDefault="00000000">
            <w:pPr>
              <w:spacing w:after="40"/>
            </w:pPr>
            <w:r>
              <w:rPr>
                <w:sz w:val="20"/>
              </w:rPr>
              <w:t>Manejo de relaciones</w:t>
            </w:r>
          </w:p>
        </w:tc>
        <w:tc>
          <w:tcPr>
            <w:tcW w:w="3402" w:type="dxa"/>
          </w:tcPr>
          <w:p w14:paraId="6972523B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Muestra asociaciones graficas indicando cardinalidad (1:1, 1:N, N:M)</w:t>
            </w:r>
          </w:p>
        </w:tc>
        <w:tc>
          <w:tcPr>
            <w:tcW w:w="3345" w:type="dxa"/>
          </w:tcPr>
          <w:p w14:paraId="61C98AEE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Se resuelven con claves foraneas y tablas intermedias</w:t>
            </w:r>
          </w:p>
        </w:tc>
      </w:tr>
      <w:tr w:rsidR="00BE52EF" w:rsidRPr="007D1610" w14:paraId="067B1C42" w14:textId="77777777">
        <w:trPr>
          <w:jc w:val="center"/>
        </w:trPr>
        <w:tc>
          <w:tcPr>
            <w:tcW w:w="2041" w:type="dxa"/>
            <w:shd w:val="clear" w:color="auto" w:fill="EEF2F7"/>
          </w:tcPr>
          <w:p w14:paraId="3BBF77FC" w14:textId="77777777" w:rsidR="00BE52EF" w:rsidRDefault="00000000">
            <w:pPr>
              <w:spacing w:after="40"/>
            </w:pPr>
            <w:r>
              <w:rPr>
                <w:sz w:val="20"/>
              </w:rPr>
              <w:t>Independencia tecnologica</w:t>
            </w:r>
          </w:p>
        </w:tc>
        <w:tc>
          <w:tcPr>
            <w:tcW w:w="3402" w:type="dxa"/>
            <w:shd w:val="clear" w:color="auto" w:fill="EEF2F7"/>
          </w:tcPr>
          <w:p w14:paraId="3B6ACE59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Totalmente independiente de cualquier software o motor</w:t>
            </w:r>
          </w:p>
        </w:tc>
        <w:tc>
          <w:tcPr>
            <w:tcW w:w="3345" w:type="dxa"/>
            <w:shd w:val="clear" w:color="auto" w:fill="EEF2F7"/>
          </w:tcPr>
          <w:p w14:paraId="0B7AF0F8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Logico, pero define la estructura de MySQL, PostgreSQL u Oracle</w:t>
            </w:r>
          </w:p>
        </w:tc>
      </w:tr>
    </w:tbl>
    <w:p w14:paraId="3BF7D25D" w14:textId="77777777" w:rsidR="00BE52EF" w:rsidRPr="007D1610" w:rsidRDefault="00BE52EF">
      <w:pPr>
        <w:spacing w:after="40"/>
        <w:rPr>
          <w:lang w:val="es-PA"/>
        </w:rPr>
      </w:pPr>
    </w:p>
    <w:p w14:paraId="2D4E1114" w14:textId="77777777" w:rsidR="00BE52EF" w:rsidRPr="007D1610" w:rsidRDefault="00000000">
      <w:pPr>
        <w:spacing w:before="160"/>
        <w:rPr>
          <w:lang w:val="es-PA"/>
        </w:rPr>
      </w:pPr>
      <w:r w:rsidRPr="007D1610">
        <w:rPr>
          <w:b/>
          <w:color w:val="1F3A5F"/>
          <w:sz w:val="23"/>
          <w:lang w:val="es-PA"/>
        </w:rPr>
        <w:t>Cual es la relacion entre ambos?</w:t>
      </w:r>
    </w:p>
    <w:p w14:paraId="26F1F732" w14:textId="77777777" w:rsidR="00BE52EF" w:rsidRPr="007D1610" w:rsidRDefault="00000000">
      <w:pPr>
        <w:rPr>
          <w:lang w:val="es-PA"/>
        </w:rPr>
      </w:pPr>
      <w:r w:rsidRPr="007D1610">
        <w:rPr>
          <w:lang w:val="es-PA"/>
        </w:rPr>
        <w:t>Estan conectados de forma secuencial en el diseno de bases de datos:</w:t>
      </w:r>
    </w:p>
    <w:p w14:paraId="2BA50538" w14:textId="77777777" w:rsidR="00BE52EF" w:rsidRPr="007D1610" w:rsidRDefault="00000000">
      <w:pPr>
        <w:pStyle w:val="Listaconnmeros"/>
        <w:spacing w:after="60"/>
        <w:ind w:left="425"/>
        <w:rPr>
          <w:lang w:val="es-PA"/>
        </w:rPr>
      </w:pPr>
      <w:r w:rsidRPr="007D1610">
        <w:rPr>
          <w:lang w:val="es-PA"/>
        </w:rPr>
        <w:t>Primero se elabora el modelo E-R para entender el problema del mundo real y plasmar los requerimientos de la informacion.</w:t>
      </w:r>
    </w:p>
    <w:p w14:paraId="74C5F6D4" w14:textId="77777777" w:rsidR="00BE52EF" w:rsidRPr="007D1610" w:rsidRDefault="00000000">
      <w:pPr>
        <w:pStyle w:val="Listaconnmeros"/>
        <w:spacing w:after="60"/>
        <w:ind w:left="425"/>
        <w:rPr>
          <w:lang w:val="es-PA"/>
        </w:rPr>
      </w:pPr>
      <w:r w:rsidRPr="007D1610">
        <w:rPr>
          <w:lang w:val="es-PA"/>
        </w:rPr>
        <w:t>Despues, ese diagrama se transforma o mapea al modelo relacional para definir las tablas definitivas que se van a programar y almacenar.</w:t>
      </w:r>
    </w:p>
    <w:p w14:paraId="699B19C6" w14:textId="77777777" w:rsidR="00BE52EF" w:rsidRPr="007D1610" w:rsidRDefault="00000000">
      <w:pPr>
        <w:rPr>
          <w:lang w:val="es-PA"/>
        </w:rPr>
      </w:pPr>
      <w:r w:rsidRPr="007D1610">
        <w:rPr>
          <w:lang w:val="es-PA"/>
        </w:rPr>
        <w:br w:type="page"/>
      </w:r>
    </w:p>
    <w:p w14:paraId="7E38BD62" w14:textId="77777777" w:rsidR="00BE52EF" w:rsidRPr="007D1610" w:rsidRDefault="00000000">
      <w:pPr>
        <w:spacing w:before="360" w:after="160"/>
        <w:rPr>
          <w:lang w:val="es-PA"/>
        </w:rPr>
      </w:pPr>
      <w:r w:rsidRPr="007D1610">
        <w:rPr>
          <w:b/>
          <w:color w:val="1F3A5F"/>
          <w:sz w:val="32"/>
          <w:lang w:val="es-PA"/>
        </w:rPr>
        <w:lastRenderedPageBreak/>
        <w:t>PARTE 2 - ALGEBRA RELACIONAL (Semana 7)</w:t>
      </w:r>
    </w:p>
    <w:p w14:paraId="61C64D7D" w14:textId="77777777" w:rsidR="00BE52EF" w:rsidRPr="007D1610" w:rsidRDefault="00000000">
      <w:pPr>
        <w:spacing w:before="240" w:after="80"/>
        <w:rPr>
          <w:lang w:val="es-PA"/>
        </w:rPr>
      </w:pPr>
      <w:r w:rsidRPr="007D1610">
        <w:rPr>
          <w:b/>
          <w:color w:val="2E5C8A"/>
          <w:sz w:val="26"/>
          <w:lang w:val="es-PA"/>
        </w:rPr>
        <w:t>2.1 Que es el Algebra Relacional</w:t>
      </w:r>
    </w:p>
    <w:p w14:paraId="0F979C0A" w14:textId="77777777" w:rsidR="00BE52EF" w:rsidRPr="007D1610" w:rsidRDefault="00000000">
      <w:pPr>
        <w:rPr>
          <w:lang w:val="es-PA"/>
        </w:rPr>
      </w:pPr>
      <w:r w:rsidRPr="007D1610">
        <w:rPr>
          <w:lang w:val="es-PA"/>
        </w:rPr>
        <w:t>El Algebra Relacional es un lenguaje formal de operaciones utilizado en el Modelo Relacional de Bases de Datos para consultar y manipular datos almacenados en tablas (relaciones).</w:t>
      </w:r>
    </w:p>
    <w:p w14:paraId="4649E720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Fue propuesto por Edgar F. Codd, creador del modelo relacional.</w:t>
      </w:r>
    </w:p>
    <w:p w14:paraId="1C349902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Constituye la base teorica sobre la que se fundamenta SQL.</w:t>
      </w:r>
    </w:p>
    <w:p w14:paraId="28DEA829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Indica que operaciones pueden realizarse sobre las tablas para obtener la informacion deseada.</w:t>
      </w:r>
    </w:p>
    <w:p w14:paraId="00E5FCD9" w14:textId="77777777" w:rsidR="00BE52EF" w:rsidRDefault="00000000">
      <w:pPr>
        <w:spacing w:before="160"/>
      </w:pPr>
      <w:r>
        <w:rPr>
          <w:b/>
          <w:color w:val="1F3A5F"/>
          <w:sz w:val="23"/>
        </w:rPr>
        <w:t>Caracteristicas</w:t>
      </w:r>
    </w:p>
    <w:p w14:paraId="1221BD0B" w14:textId="77777777" w:rsidR="00BE52EF" w:rsidRDefault="00000000">
      <w:pPr>
        <w:pStyle w:val="Listaconvietas"/>
        <w:spacing w:after="60"/>
        <w:ind w:left="425"/>
      </w:pPr>
      <w:r>
        <w:t>Trabaja sobre tablas (relaciones).</w:t>
      </w:r>
    </w:p>
    <w:p w14:paraId="335E08EB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Cada operacion produce una nueva tabla como resultado.</w:t>
      </w:r>
    </w:p>
    <w:p w14:paraId="3988EE02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Es un lenguaje procedimental: especifica los pasos para obtener los datos.</w:t>
      </w:r>
    </w:p>
    <w:p w14:paraId="551FA19F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Sirve de fundamento para las consultas SQL.</w:t>
      </w:r>
    </w:p>
    <w:p w14:paraId="39883FA8" w14:textId="77777777" w:rsidR="00BE52EF" w:rsidRPr="007D1610" w:rsidRDefault="00000000">
      <w:pPr>
        <w:spacing w:before="240" w:after="80"/>
        <w:rPr>
          <w:lang w:val="es-PA"/>
        </w:rPr>
      </w:pPr>
      <w:r w:rsidRPr="007D1610">
        <w:rPr>
          <w:b/>
          <w:color w:val="2E5C8A"/>
          <w:sz w:val="26"/>
          <w:lang w:val="es-PA"/>
        </w:rPr>
        <w:t>2.2 Sintesis: simbolos basicos del Algebra Relacional</w:t>
      </w:r>
    </w:p>
    <w:tbl>
      <w:tblPr>
        <w:tblW w:w="0" w:type="auto"/>
        <w:jc w:val="center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ook w:val="04A0" w:firstRow="1" w:lastRow="0" w:firstColumn="1" w:lastColumn="0" w:noHBand="0" w:noVBand="1"/>
      </w:tblPr>
      <w:tblGrid>
        <w:gridCol w:w="1361"/>
        <w:gridCol w:w="1928"/>
        <w:gridCol w:w="3685"/>
        <w:gridCol w:w="1814"/>
      </w:tblGrid>
      <w:tr w:rsidR="00BE52EF" w14:paraId="269FEE49" w14:textId="77777777">
        <w:trPr>
          <w:jc w:val="center"/>
        </w:trPr>
        <w:tc>
          <w:tcPr>
            <w:tcW w:w="1361" w:type="dxa"/>
            <w:shd w:val="clear" w:color="auto" w:fill="1F3A5F"/>
          </w:tcPr>
          <w:p w14:paraId="3AFEE347" w14:textId="77777777" w:rsidR="00BE52EF" w:rsidRDefault="00000000">
            <w:r>
              <w:rPr>
                <w:b/>
                <w:color w:val="FFFFFF"/>
                <w:sz w:val="20"/>
              </w:rPr>
              <w:t>Simbolo</w:t>
            </w:r>
          </w:p>
        </w:tc>
        <w:tc>
          <w:tcPr>
            <w:tcW w:w="1928" w:type="dxa"/>
            <w:shd w:val="clear" w:color="auto" w:fill="1F3A5F"/>
          </w:tcPr>
          <w:p w14:paraId="5F61ED10" w14:textId="77777777" w:rsidR="00BE52EF" w:rsidRDefault="00000000">
            <w:r>
              <w:rPr>
                <w:b/>
                <w:color w:val="FFFFFF"/>
                <w:sz w:val="20"/>
              </w:rPr>
              <w:t>Nombre</w:t>
            </w:r>
          </w:p>
        </w:tc>
        <w:tc>
          <w:tcPr>
            <w:tcW w:w="3685" w:type="dxa"/>
            <w:shd w:val="clear" w:color="auto" w:fill="1F3A5F"/>
          </w:tcPr>
          <w:p w14:paraId="4AD06996" w14:textId="77777777" w:rsidR="00BE52EF" w:rsidRDefault="00000000">
            <w:r>
              <w:rPr>
                <w:b/>
                <w:color w:val="FFFFFF"/>
                <w:sz w:val="20"/>
              </w:rPr>
              <w:t>Significado</w:t>
            </w:r>
          </w:p>
        </w:tc>
        <w:tc>
          <w:tcPr>
            <w:tcW w:w="1814" w:type="dxa"/>
            <w:shd w:val="clear" w:color="auto" w:fill="1F3A5F"/>
          </w:tcPr>
          <w:p w14:paraId="386F731D" w14:textId="77777777" w:rsidR="00BE52EF" w:rsidRDefault="00000000">
            <w:r>
              <w:rPr>
                <w:b/>
                <w:color w:val="FFFFFF"/>
                <w:sz w:val="20"/>
              </w:rPr>
              <w:t>Equivalente SQL</w:t>
            </w:r>
          </w:p>
        </w:tc>
      </w:tr>
      <w:tr w:rsidR="00BE52EF" w14:paraId="1EB9A4BB" w14:textId="77777777">
        <w:trPr>
          <w:jc w:val="center"/>
        </w:trPr>
        <w:tc>
          <w:tcPr>
            <w:tcW w:w="1361" w:type="dxa"/>
          </w:tcPr>
          <w:p w14:paraId="60853CAF" w14:textId="77777777" w:rsidR="00BE52EF" w:rsidRDefault="00000000">
            <w:pPr>
              <w:spacing w:after="40"/>
            </w:pPr>
            <w:r>
              <w:rPr>
                <w:sz w:val="20"/>
              </w:rPr>
              <w:t>sigma</w:t>
            </w:r>
          </w:p>
        </w:tc>
        <w:tc>
          <w:tcPr>
            <w:tcW w:w="1928" w:type="dxa"/>
          </w:tcPr>
          <w:p w14:paraId="7276016E" w14:textId="77777777" w:rsidR="00BE52EF" w:rsidRDefault="00000000">
            <w:pPr>
              <w:spacing w:after="40"/>
            </w:pPr>
            <w:r>
              <w:rPr>
                <w:sz w:val="20"/>
              </w:rPr>
              <w:t>Seleccion</w:t>
            </w:r>
          </w:p>
        </w:tc>
        <w:tc>
          <w:tcPr>
            <w:tcW w:w="3685" w:type="dxa"/>
          </w:tcPr>
          <w:p w14:paraId="3421BC77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Filtra filas que cumplen una condicion</w:t>
            </w:r>
          </w:p>
        </w:tc>
        <w:tc>
          <w:tcPr>
            <w:tcW w:w="1814" w:type="dxa"/>
          </w:tcPr>
          <w:p w14:paraId="0D480377" w14:textId="77777777" w:rsidR="00BE52EF" w:rsidRDefault="00000000">
            <w:pPr>
              <w:spacing w:after="40"/>
            </w:pPr>
            <w:r>
              <w:rPr>
                <w:sz w:val="20"/>
              </w:rPr>
              <w:t>WHERE</w:t>
            </w:r>
          </w:p>
        </w:tc>
      </w:tr>
      <w:tr w:rsidR="00BE52EF" w14:paraId="15473E75" w14:textId="77777777">
        <w:trPr>
          <w:jc w:val="center"/>
        </w:trPr>
        <w:tc>
          <w:tcPr>
            <w:tcW w:w="1361" w:type="dxa"/>
            <w:shd w:val="clear" w:color="auto" w:fill="EEF2F7"/>
          </w:tcPr>
          <w:p w14:paraId="52F14BC3" w14:textId="77777777" w:rsidR="00BE52EF" w:rsidRDefault="00000000">
            <w:pPr>
              <w:spacing w:after="40"/>
            </w:pPr>
            <w:r>
              <w:rPr>
                <w:sz w:val="20"/>
              </w:rPr>
              <w:t>pi</w:t>
            </w:r>
          </w:p>
        </w:tc>
        <w:tc>
          <w:tcPr>
            <w:tcW w:w="1928" w:type="dxa"/>
            <w:shd w:val="clear" w:color="auto" w:fill="EEF2F7"/>
          </w:tcPr>
          <w:p w14:paraId="0DF449AA" w14:textId="77777777" w:rsidR="00BE52EF" w:rsidRDefault="00000000">
            <w:pPr>
              <w:spacing w:after="40"/>
            </w:pPr>
            <w:r>
              <w:rPr>
                <w:sz w:val="20"/>
              </w:rPr>
              <w:t>Proyeccion</w:t>
            </w:r>
          </w:p>
        </w:tc>
        <w:tc>
          <w:tcPr>
            <w:tcW w:w="3685" w:type="dxa"/>
            <w:shd w:val="clear" w:color="auto" w:fill="EEF2F7"/>
          </w:tcPr>
          <w:p w14:paraId="6FBABFB8" w14:textId="77777777" w:rsidR="00BE52EF" w:rsidRDefault="00000000">
            <w:pPr>
              <w:spacing w:after="40"/>
            </w:pPr>
            <w:r>
              <w:rPr>
                <w:sz w:val="20"/>
              </w:rPr>
              <w:t>Selecciona columnas / atributos</w:t>
            </w:r>
          </w:p>
        </w:tc>
        <w:tc>
          <w:tcPr>
            <w:tcW w:w="1814" w:type="dxa"/>
            <w:shd w:val="clear" w:color="auto" w:fill="EEF2F7"/>
          </w:tcPr>
          <w:p w14:paraId="6A59E230" w14:textId="77777777" w:rsidR="00BE52EF" w:rsidRDefault="00000000">
            <w:pPr>
              <w:spacing w:after="40"/>
            </w:pPr>
            <w:r>
              <w:rPr>
                <w:sz w:val="20"/>
              </w:rPr>
              <w:t>SELECT</w:t>
            </w:r>
          </w:p>
        </w:tc>
      </w:tr>
      <w:tr w:rsidR="00BE52EF" w14:paraId="331377C4" w14:textId="77777777">
        <w:trPr>
          <w:jc w:val="center"/>
        </w:trPr>
        <w:tc>
          <w:tcPr>
            <w:tcW w:w="1361" w:type="dxa"/>
          </w:tcPr>
          <w:p w14:paraId="6933BB02" w14:textId="77777777" w:rsidR="00BE52EF" w:rsidRDefault="00000000">
            <w:pPr>
              <w:spacing w:after="40"/>
            </w:pPr>
            <w:r>
              <w:rPr>
                <w:sz w:val="20"/>
              </w:rPr>
              <w:t>(union)</w:t>
            </w:r>
          </w:p>
        </w:tc>
        <w:tc>
          <w:tcPr>
            <w:tcW w:w="1928" w:type="dxa"/>
          </w:tcPr>
          <w:p w14:paraId="009A37E3" w14:textId="77777777" w:rsidR="00BE52EF" w:rsidRDefault="00000000">
            <w:pPr>
              <w:spacing w:after="40"/>
            </w:pPr>
            <w:r>
              <w:rPr>
                <w:sz w:val="20"/>
              </w:rPr>
              <w:t>Union</w:t>
            </w:r>
          </w:p>
        </w:tc>
        <w:tc>
          <w:tcPr>
            <w:tcW w:w="3685" w:type="dxa"/>
          </w:tcPr>
          <w:p w14:paraId="375EB21E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Combina los registros de dos tablas compatibles</w:t>
            </w:r>
          </w:p>
        </w:tc>
        <w:tc>
          <w:tcPr>
            <w:tcW w:w="1814" w:type="dxa"/>
          </w:tcPr>
          <w:p w14:paraId="46E3FAA5" w14:textId="77777777" w:rsidR="00BE52EF" w:rsidRDefault="00000000">
            <w:pPr>
              <w:spacing w:after="40"/>
            </w:pPr>
            <w:r>
              <w:rPr>
                <w:sz w:val="20"/>
              </w:rPr>
              <w:t>UNION</w:t>
            </w:r>
          </w:p>
        </w:tc>
      </w:tr>
      <w:tr w:rsidR="00BE52EF" w14:paraId="3ADEC8B5" w14:textId="77777777">
        <w:trPr>
          <w:jc w:val="center"/>
        </w:trPr>
        <w:tc>
          <w:tcPr>
            <w:tcW w:w="1361" w:type="dxa"/>
            <w:shd w:val="clear" w:color="auto" w:fill="EEF2F7"/>
          </w:tcPr>
          <w:p w14:paraId="0CE65C4B" w14:textId="77777777" w:rsidR="00BE52EF" w:rsidRDefault="00000000">
            <w:pPr>
              <w:spacing w:after="40"/>
            </w:pPr>
            <w:r>
              <w:rPr>
                <w:sz w:val="20"/>
              </w:rPr>
              <w:t>(interseccion)</w:t>
            </w:r>
          </w:p>
        </w:tc>
        <w:tc>
          <w:tcPr>
            <w:tcW w:w="1928" w:type="dxa"/>
            <w:shd w:val="clear" w:color="auto" w:fill="EEF2F7"/>
          </w:tcPr>
          <w:p w14:paraId="7C6F64A9" w14:textId="77777777" w:rsidR="00BE52EF" w:rsidRDefault="00000000">
            <w:pPr>
              <w:spacing w:after="40"/>
            </w:pPr>
            <w:r>
              <w:rPr>
                <w:sz w:val="20"/>
              </w:rPr>
              <w:t>Interseccion</w:t>
            </w:r>
          </w:p>
        </w:tc>
        <w:tc>
          <w:tcPr>
            <w:tcW w:w="3685" w:type="dxa"/>
            <w:shd w:val="clear" w:color="auto" w:fill="EEF2F7"/>
          </w:tcPr>
          <w:p w14:paraId="5875A92B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Registros comunes entre dos relaciones</w:t>
            </w:r>
          </w:p>
        </w:tc>
        <w:tc>
          <w:tcPr>
            <w:tcW w:w="1814" w:type="dxa"/>
            <w:shd w:val="clear" w:color="auto" w:fill="EEF2F7"/>
          </w:tcPr>
          <w:p w14:paraId="34E7C78A" w14:textId="77777777" w:rsidR="00BE52EF" w:rsidRDefault="00000000">
            <w:pPr>
              <w:spacing w:after="40"/>
            </w:pPr>
            <w:r>
              <w:rPr>
                <w:sz w:val="20"/>
              </w:rPr>
              <w:t>INTERSECT</w:t>
            </w:r>
          </w:p>
        </w:tc>
      </w:tr>
      <w:tr w:rsidR="00BE52EF" w14:paraId="60185357" w14:textId="77777777">
        <w:trPr>
          <w:jc w:val="center"/>
        </w:trPr>
        <w:tc>
          <w:tcPr>
            <w:tcW w:w="1361" w:type="dxa"/>
          </w:tcPr>
          <w:p w14:paraId="0FC69DDA" w14:textId="77777777" w:rsidR="00BE52EF" w:rsidRDefault="00000000">
            <w:pPr>
              <w:spacing w:after="40"/>
            </w:pPr>
            <w:r>
              <w:rPr>
                <w:sz w:val="20"/>
              </w:rPr>
              <w:t>(guion)</w:t>
            </w:r>
          </w:p>
        </w:tc>
        <w:tc>
          <w:tcPr>
            <w:tcW w:w="1928" w:type="dxa"/>
          </w:tcPr>
          <w:p w14:paraId="51A25C5B" w14:textId="77777777" w:rsidR="00BE52EF" w:rsidRDefault="00000000">
            <w:pPr>
              <w:spacing w:after="40"/>
            </w:pPr>
            <w:r>
              <w:rPr>
                <w:sz w:val="20"/>
              </w:rPr>
              <w:t>Diferencia</w:t>
            </w:r>
          </w:p>
        </w:tc>
        <w:tc>
          <w:tcPr>
            <w:tcW w:w="3685" w:type="dxa"/>
          </w:tcPr>
          <w:p w14:paraId="5CBDF6AF" w14:textId="77777777" w:rsidR="00BE52EF" w:rsidRDefault="00000000">
            <w:pPr>
              <w:spacing w:after="40"/>
            </w:pPr>
            <w:r>
              <w:rPr>
                <w:sz w:val="20"/>
              </w:rPr>
              <w:t>Registros exclusivos de A</w:t>
            </w:r>
          </w:p>
        </w:tc>
        <w:tc>
          <w:tcPr>
            <w:tcW w:w="1814" w:type="dxa"/>
          </w:tcPr>
          <w:p w14:paraId="7EAD796D" w14:textId="77777777" w:rsidR="00BE52EF" w:rsidRDefault="00000000">
            <w:pPr>
              <w:spacing w:after="40"/>
            </w:pPr>
            <w:r>
              <w:rPr>
                <w:sz w:val="20"/>
              </w:rPr>
              <w:t>EXCEPT</w:t>
            </w:r>
          </w:p>
        </w:tc>
      </w:tr>
      <w:tr w:rsidR="00BE52EF" w14:paraId="5348637E" w14:textId="77777777">
        <w:trPr>
          <w:jc w:val="center"/>
        </w:trPr>
        <w:tc>
          <w:tcPr>
            <w:tcW w:w="1361" w:type="dxa"/>
            <w:shd w:val="clear" w:color="auto" w:fill="EEF2F7"/>
          </w:tcPr>
          <w:p w14:paraId="20421D7B" w14:textId="77777777" w:rsidR="00BE52EF" w:rsidRDefault="00000000">
            <w:pPr>
              <w:spacing w:after="40"/>
            </w:pPr>
            <w:r>
              <w:rPr>
                <w:sz w:val="20"/>
              </w:rPr>
              <w:t>(x)</w:t>
            </w:r>
          </w:p>
        </w:tc>
        <w:tc>
          <w:tcPr>
            <w:tcW w:w="1928" w:type="dxa"/>
            <w:shd w:val="clear" w:color="auto" w:fill="EEF2F7"/>
          </w:tcPr>
          <w:p w14:paraId="2371A83D" w14:textId="77777777" w:rsidR="00BE52EF" w:rsidRDefault="00000000">
            <w:pPr>
              <w:spacing w:after="40"/>
            </w:pPr>
            <w:r>
              <w:rPr>
                <w:sz w:val="20"/>
              </w:rPr>
              <w:t>Producto Cartesiano</w:t>
            </w:r>
          </w:p>
        </w:tc>
        <w:tc>
          <w:tcPr>
            <w:tcW w:w="3685" w:type="dxa"/>
            <w:shd w:val="clear" w:color="auto" w:fill="EEF2F7"/>
          </w:tcPr>
          <w:p w14:paraId="5A4FFA9C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Combina todas las filas de dos relaciones</w:t>
            </w:r>
          </w:p>
        </w:tc>
        <w:tc>
          <w:tcPr>
            <w:tcW w:w="1814" w:type="dxa"/>
            <w:shd w:val="clear" w:color="auto" w:fill="EEF2F7"/>
          </w:tcPr>
          <w:p w14:paraId="494E1354" w14:textId="77777777" w:rsidR="00BE52EF" w:rsidRDefault="00000000">
            <w:pPr>
              <w:spacing w:after="40"/>
            </w:pPr>
            <w:r>
              <w:rPr>
                <w:sz w:val="20"/>
              </w:rPr>
              <w:t>(FROM multiple)</w:t>
            </w:r>
          </w:p>
        </w:tc>
      </w:tr>
      <w:tr w:rsidR="00BE52EF" w14:paraId="630BFF18" w14:textId="77777777">
        <w:trPr>
          <w:jc w:val="center"/>
        </w:trPr>
        <w:tc>
          <w:tcPr>
            <w:tcW w:w="1361" w:type="dxa"/>
          </w:tcPr>
          <w:p w14:paraId="1B1DBAC8" w14:textId="77777777" w:rsidR="00BE52EF" w:rsidRDefault="00000000">
            <w:pPr>
              <w:spacing w:after="40"/>
            </w:pPr>
            <w:r>
              <w:rPr>
                <w:sz w:val="20"/>
              </w:rPr>
              <w:t>(join)</w:t>
            </w:r>
          </w:p>
        </w:tc>
        <w:tc>
          <w:tcPr>
            <w:tcW w:w="1928" w:type="dxa"/>
          </w:tcPr>
          <w:p w14:paraId="5E93549C" w14:textId="77777777" w:rsidR="00BE52EF" w:rsidRDefault="00000000">
            <w:pPr>
              <w:spacing w:after="40"/>
            </w:pPr>
            <w:r>
              <w:rPr>
                <w:sz w:val="20"/>
              </w:rPr>
              <w:t>Join o Reunion</w:t>
            </w:r>
          </w:p>
        </w:tc>
        <w:tc>
          <w:tcPr>
            <w:tcW w:w="3685" w:type="dxa"/>
          </w:tcPr>
          <w:p w14:paraId="5521C93A" w14:textId="77777777" w:rsidR="00BE52EF" w:rsidRDefault="00000000">
            <w:pPr>
              <w:spacing w:after="40"/>
            </w:pPr>
            <w:r>
              <w:rPr>
                <w:sz w:val="20"/>
              </w:rPr>
              <w:t>Une tablas relacionadas</w:t>
            </w:r>
          </w:p>
        </w:tc>
        <w:tc>
          <w:tcPr>
            <w:tcW w:w="1814" w:type="dxa"/>
          </w:tcPr>
          <w:p w14:paraId="0C3186C6" w14:textId="77777777" w:rsidR="00BE52EF" w:rsidRDefault="00000000">
            <w:pPr>
              <w:spacing w:after="40"/>
            </w:pPr>
            <w:r>
              <w:rPr>
                <w:sz w:val="20"/>
              </w:rPr>
              <w:t>JOIN</w:t>
            </w:r>
          </w:p>
        </w:tc>
      </w:tr>
      <w:tr w:rsidR="00BE52EF" w14:paraId="69C0D327" w14:textId="77777777">
        <w:trPr>
          <w:jc w:val="center"/>
        </w:trPr>
        <w:tc>
          <w:tcPr>
            <w:tcW w:w="1361" w:type="dxa"/>
            <w:shd w:val="clear" w:color="auto" w:fill="EEF2F7"/>
          </w:tcPr>
          <w:p w14:paraId="5E461927" w14:textId="77777777" w:rsidR="00BE52EF" w:rsidRDefault="00000000">
            <w:pPr>
              <w:spacing w:after="40"/>
            </w:pPr>
            <w:r>
              <w:rPr>
                <w:sz w:val="20"/>
              </w:rPr>
              <w:t>rho</w:t>
            </w:r>
          </w:p>
        </w:tc>
        <w:tc>
          <w:tcPr>
            <w:tcW w:w="1928" w:type="dxa"/>
            <w:shd w:val="clear" w:color="auto" w:fill="EEF2F7"/>
          </w:tcPr>
          <w:p w14:paraId="423FDA6A" w14:textId="77777777" w:rsidR="00BE52EF" w:rsidRDefault="00000000">
            <w:pPr>
              <w:spacing w:after="40"/>
            </w:pPr>
            <w:r>
              <w:rPr>
                <w:sz w:val="20"/>
              </w:rPr>
              <w:t>Renombrar</w:t>
            </w:r>
          </w:p>
        </w:tc>
        <w:tc>
          <w:tcPr>
            <w:tcW w:w="3685" w:type="dxa"/>
            <w:shd w:val="clear" w:color="auto" w:fill="EEF2F7"/>
          </w:tcPr>
          <w:p w14:paraId="26AAE7E8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Cambia nombre de relacion o atributo</w:t>
            </w:r>
          </w:p>
        </w:tc>
        <w:tc>
          <w:tcPr>
            <w:tcW w:w="1814" w:type="dxa"/>
            <w:shd w:val="clear" w:color="auto" w:fill="EEF2F7"/>
          </w:tcPr>
          <w:p w14:paraId="058F6921" w14:textId="77777777" w:rsidR="00BE52EF" w:rsidRDefault="00000000">
            <w:pPr>
              <w:spacing w:after="40"/>
            </w:pPr>
            <w:r>
              <w:rPr>
                <w:sz w:val="20"/>
              </w:rPr>
              <w:t>AS</w:t>
            </w:r>
          </w:p>
        </w:tc>
      </w:tr>
      <w:tr w:rsidR="00BE52EF" w14:paraId="7BBF1A64" w14:textId="77777777">
        <w:trPr>
          <w:jc w:val="center"/>
        </w:trPr>
        <w:tc>
          <w:tcPr>
            <w:tcW w:w="1361" w:type="dxa"/>
          </w:tcPr>
          <w:p w14:paraId="257179E7" w14:textId="77777777" w:rsidR="00BE52EF" w:rsidRDefault="00000000">
            <w:pPr>
              <w:spacing w:after="40"/>
            </w:pPr>
            <w:r>
              <w:rPr>
                <w:sz w:val="20"/>
              </w:rPr>
              <w:t>(division)</w:t>
            </w:r>
          </w:p>
        </w:tc>
        <w:tc>
          <w:tcPr>
            <w:tcW w:w="1928" w:type="dxa"/>
          </w:tcPr>
          <w:p w14:paraId="0D5E5AA1" w14:textId="77777777" w:rsidR="00BE52EF" w:rsidRDefault="00000000">
            <w:pPr>
              <w:spacing w:after="40"/>
            </w:pPr>
            <w:r>
              <w:rPr>
                <w:sz w:val="20"/>
              </w:rPr>
              <w:t>Division</w:t>
            </w:r>
          </w:p>
        </w:tc>
        <w:tc>
          <w:tcPr>
            <w:tcW w:w="3685" w:type="dxa"/>
          </w:tcPr>
          <w:p w14:paraId="77C77F71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Quien cumple con TODOS los elementos</w:t>
            </w:r>
          </w:p>
        </w:tc>
        <w:tc>
          <w:tcPr>
            <w:tcW w:w="1814" w:type="dxa"/>
          </w:tcPr>
          <w:p w14:paraId="3B7111A7" w14:textId="77777777" w:rsidR="00BE52EF" w:rsidRDefault="00000000">
            <w:pPr>
              <w:spacing w:after="40"/>
            </w:pPr>
            <w:r>
              <w:rPr>
                <w:sz w:val="20"/>
              </w:rPr>
              <w:t>---</w:t>
            </w:r>
          </w:p>
        </w:tc>
      </w:tr>
    </w:tbl>
    <w:p w14:paraId="6D646FA7" w14:textId="77777777" w:rsidR="00BE52EF" w:rsidRDefault="00BE52EF">
      <w:pPr>
        <w:spacing w:after="40"/>
      </w:pPr>
    </w:p>
    <w:p w14:paraId="411C474A" w14:textId="77777777" w:rsidR="00BE52EF" w:rsidRDefault="00000000">
      <w:pPr>
        <w:spacing w:before="240" w:after="80"/>
      </w:pPr>
      <w:r>
        <w:rPr>
          <w:b/>
          <w:color w:val="2E5C8A"/>
          <w:sz w:val="26"/>
        </w:rPr>
        <w:t>2.3 Detalle de cada operacion</w:t>
      </w:r>
    </w:p>
    <w:p w14:paraId="74E7B1D4" w14:textId="77777777" w:rsidR="00BE52EF" w:rsidRDefault="00000000">
      <w:pPr>
        <w:spacing w:before="160"/>
      </w:pPr>
      <w:r>
        <w:rPr>
          <w:b/>
          <w:color w:val="1F3A5F"/>
          <w:sz w:val="23"/>
        </w:rPr>
        <w:t>4.1.4.1 Seleccion (sigma)</w:t>
      </w:r>
    </w:p>
    <w:p w14:paraId="779E0AF2" w14:textId="77777777" w:rsidR="00BE52EF" w:rsidRPr="007D1610" w:rsidRDefault="00000000">
      <w:pPr>
        <w:rPr>
          <w:lang w:val="es-PA"/>
        </w:rPr>
      </w:pPr>
      <w:r w:rsidRPr="007D1610">
        <w:rPr>
          <w:lang w:val="es-PA"/>
        </w:rPr>
        <w:t>Obtiene tuplas que cumplen una condicion. Filtra FILAS. Simbolo: sigma (Sigma minuscula, letra del alfabeto griego).</w:t>
      </w:r>
    </w:p>
    <w:tbl>
      <w:tblPr>
        <w:tblW w:w="0" w:type="auto"/>
        <w:jc w:val="center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ook w:val="04A0" w:firstRow="1" w:lastRow="0" w:firstColumn="1" w:lastColumn="0" w:noHBand="0" w:noVBand="1"/>
      </w:tblPr>
      <w:tblGrid>
        <w:gridCol w:w="4252"/>
        <w:gridCol w:w="4535"/>
      </w:tblGrid>
      <w:tr w:rsidR="00BE52EF" w14:paraId="6B4CA6AD" w14:textId="77777777">
        <w:trPr>
          <w:jc w:val="center"/>
        </w:trPr>
        <w:tc>
          <w:tcPr>
            <w:tcW w:w="4252" w:type="dxa"/>
            <w:shd w:val="clear" w:color="auto" w:fill="1F3A5F"/>
          </w:tcPr>
          <w:p w14:paraId="0516ECB7" w14:textId="77777777" w:rsidR="00BE52EF" w:rsidRDefault="00000000">
            <w:r>
              <w:rPr>
                <w:b/>
                <w:color w:val="FFFFFF"/>
                <w:sz w:val="20"/>
              </w:rPr>
              <w:t>Operacion</w:t>
            </w:r>
          </w:p>
        </w:tc>
        <w:tc>
          <w:tcPr>
            <w:tcW w:w="4535" w:type="dxa"/>
            <w:shd w:val="clear" w:color="auto" w:fill="1F3A5F"/>
          </w:tcPr>
          <w:p w14:paraId="5B83D343" w14:textId="77777777" w:rsidR="00BE52EF" w:rsidRDefault="00000000">
            <w:r>
              <w:rPr>
                <w:b/>
                <w:color w:val="FFFFFF"/>
                <w:sz w:val="20"/>
              </w:rPr>
              <w:t>Resultado</w:t>
            </w:r>
          </w:p>
        </w:tc>
      </w:tr>
      <w:tr w:rsidR="00BE52EF" w:rsidRPr="007D1610" w14:paraId="54BBBDDC" w14:textId="77777777">
        <w:trPr>
          <w:jc w:val="center"/>
        </w:trPr>
        <w:tc>
          <w:tcPr>
            <w:tcW w:w="4252" w:type="dxa"/>
          </w:tcPr>
          <w:p w14:paraId="76A325EB" w14:textId="77777777" w:rsidR="00BE52EF" w:rsidRDefault="00000000">
            <w:pPr>
              <w:spacing w:after="40"/>
            </w:pPr>
            <w:r>
              <w:rPr>
                <w:sz w:val="20"/>
              </w:rPr>
              <w:t>sigma  Carrera = 'Informatica'  (Estudiantes)</w:t>
            </w:r>
          </w:p>
        </w:tc>
        <w:tc>
          <w:tcPr>
            <w:tcW w:w="4535" w:type="dxa"/>
          </w:tcPr>
          <w:p w14:paraId="6BF297F0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Id 1 - Ana - Informatica</w:t>
            </w:r>
            <w:r w:rsidRPr="007D1610">
              <w:rPr>
                <w:sz w:val="20"/>
                <w:lang w:val="es-PA"/>
              </w:rPr>
              <w:br/>
              <w:t>Id 3 - Maria - Informatica</w:t>
            </w:r>
          </w:p>
        </w:tc>
      </w:tr>
    </w:tbl>
    <w:p w14:paraId="416F7B83" w14:textId="77777777" w:rsidR="00BE52EF" w:rsidRPr="007D1610" w:rsidRDefault="00BE52EF">
      <w:pPr>
        <w:spacing w:after="40"/>
        <w:rPr>
          <w:lang w:val="es-PA"/>
        </w:rPr>
      </w:pPr>
    </w:p>
    <w:p w14:paraId="6CE21B37" w14:textId="77777777" w:rsidR="00BE52EF" w:rsidRPr="007D1610" w:rsidRDefault="00000000">
      <w:pPr>
        <w:spacing w:before="160"/>
        <w:rPr>
          <w:lang w:val="es-PA"/>
        </w:rPr>
      </w:pPr>
      <w:r w:rsidRPr="007D1610">
        <w:rPr>
          <w:b/>
          <w:color w:val="1F3A5F"/>
          <w:sz w:val="23"/>
          <w:lang w:val="es-PA"/>
        </w:rPr>
        <w:t>4.1.4.2 Proyeccion (pi)</w:t>
      </w:r>
    </w:p>
    <w:p w14:paraId="393B09E3" w14:textId="77777777" w:rsidR="00BE52EF" w:rsidRPr="007D1610" w:rsidRDefault="00000000">
      <w:pPr>
        <w:rPr>
          <w:lang w:val="es-PA"/>
        </w:rPr>
      </w:pPr>
      <w:r w:rsidRPr="007D1610">
        <w:rPr>
          <w:lang w:val="es-PA"/>
        </w:rPr>
        <w:lastRenderedPageBreak/>
        <w:t>Selecciona determinadas COLUMNAS o atributos especificos de una tabla.</w:t>
      </w:r>
    </w:p>
    <w:tbl>
      <w:tblPr>
        <w:tblW w:w="0" w:type="auto"/>
        <w:jc w:val="center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ook w:val="04A0" w:firstRow="1" w:lastRow="0" w:firstColumn="1" w:lastColumn="0" w:noHBand="0" w:noVBand="1"/>
      </w:tblPr>
      <w:tblGrid>
        <w:gridCol w:w="4252"/>
        <w:gridCol w:w="4535"/>
      </w:tblGrid>
      <w:tr w:rsidR="00BE52EF" w14:paraId="0586D67E" w14:textId="77777777">
        <w:trPr>
          <w:jc w:val="center"/>
        </w:trPr>
        <w:tc>
          <w:tcPr>
            <w:tcW w:w="4252" w:type="dxa"/>
            <w:shd w:val="clear" w:color="auto" w:fill="1F3A5F"/>
          </w:tcPr>
          <w:p w14:paraId="28F71B83" w14:textId="77777777" w:rsidR="00BE52EF" w:rsidRDefault="00000000">
            <w:r>
              <w:rPr>
                <w:b/>
                <w:color w:val="FFFFFF"/>
                <w:sz w:val="20"/>
              </w:rPr>
              <w:t>Operacion</w:t>
            </w:r>
          </w:p>
        </w:tc>
        <w:tc>
          <w:tcPr>
            <w:tcW w:w="4535" w:type="dxa"/>
            <w:shd w:val="clear" w:color="auto" w:fill="1F3A5F"/>
          </w:tcPr>
          <w:p w14:paraId="2AE74676" w14:textId="77777777" w:rsidR="00BE52EF" w:rsidRDefault="00000000">
            <w:r>
              <w:rPr>
                <w:b/>
                <w:color w:val="FFFFFF"/>
                <w:sz w:val="20"/>
              </w:rPr>
              <w:t>Resultado</w:t>
            </w:r>
          </w:p>
        </w:tc>
      </w:tr>
      <w:tr w:rsidR="00BE52EF" w14:paraId="2B8DBDF3" w14:textId="77777777">
        <w:trPr>
          <w:jc w:val="center"/>
        </w:trPr>
        <w:tc>
          <w:tcPr>
            <w:tcW w:w="4252" w:type="dxa"/>
          </w:tcPr>
          <w:p w14:paraId="20DF470A" w14:textId="77777777" w:rsidR="00BE52EF" w:rsidRDefault="00000000">
            <w:pPr>
              <w:spacing w:after="40"/>
            </w:pPr>
            <w:r>
              <w:rPr>
                <w:sz w:val="20"/>
              </w:rPr>
              <w:t>pi  Nombre  (Estudiantes)</w:t>
            </w:r>
          </w:p>
        </w:tc>
        <w:tc>
          <w:tcPr>
            <w:tcW w:w="4535" w:type="dxa"/>
          </w:tcPr>
          <w:p w14:paraId="30B50501" w14:textId="77777777" w:rsidR="00BE52EF" w:rsidRDefault="00000000">
            <w:pPr>
              <w:spacing w:after="40"/>
            </w:pPr>
            <w:r>
              <w:rPr>
                <w:sz w:val="20"/>
              </w:rPr>
              <w:t>Ana</w:t>
            </w:r>
            <w:r>
              <w:rPr>
                <w:sz w:val="20"/>
              </w:rPr>
              <w:br/>
              <w:t>Luis</w:t>
            </w:r>
            <w:r>
              <w:rPr>
                <w:sz w:val="20"/>
              </w:rPr>
              <w:br/>
              <w:t>Maria</w:t>
            </w:r>
          </w:p>
        </w:tc>
      </w:tr>
    </w:tbl>
    <w:p w14:paraId="77BCCACC" w14:textId="77777777" w:rsidR="00BE52EF" w:rsidRDefault="00BE52EF">
      <w:pPr>
        <w:spacing w:after="40"/>
      </w:pPr>
    </w:p>
    <w:p w14:paraId="20BCE4CE" w14:textId="77777777" w:rsidR="00BE52EF" w:rsidRDefault="00000000">
      <w:pPr>
        <w:spacing w:before="120" w:after="160"/>
        <w:ind w:left="227"/>
      </w:pPr>
      <w:r>
        <w:rPr>
          <w:b/>
          <w:color w:val="9C272D"/>
          <w:sz w:val="21"/>
        </w:rPr>
        <w:t>SIGMA = FILAS (WHERE)   |   PI = COLUMNAS (SELECT)</w:t>
      </w:r>
    </w:p>
    <w:p w14:paraId="09A26D82" w14:textId="77777777" w:rsidR="00BE52EF" w:rsidRDefault="00000000">
      <w:pPr>
        <w:spacing w:before="160"/>
      </w:pPr>
      <w:r>
        <w:rPr>
          <w:b/>
          <w:color w:val="1F3A5F"/>
          <w:sz w:val="23"/>
        </w:rPr>
        <w:t>4.1.4.3 Union</w:t>
      </w:r>
    </w:p>
    <w:p w14:paraId="374FD052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Combina los registros de dos tablas compatibles.</w:t>
      </w:r>
    </w:p>
    <w:p w14:paraId="0BF7A732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Simbolo: union. Ejemplo: EstudiantesA union EstudiantesB</w:t>
      </w:r>
    </w:p>
    <w:p w14:paraId="36D5CEA1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Resultado: obtiene todos los registros de ambas tablas SIN REPETIR.</w:t>
      </w:r>
    </w:p>
    <w:p w14:paraId="4364C96F" w14:textId="77777777" w:rsidR="00BE52EF" w:rsidRDefault="00000000">
      <w:pPr>
        <w:spacing w:before="160"/>
      </w:pPr>
      <w:r>
        <w:rPr>
          <w:b/>
          <w:color w:val="1F3A5F"/>
          <w:sz w:val="23"/>
        </w:rPr>
        <w:t>4.1.4.4 Diferencia de conjuntos</w:t>
      </w:r>
    </w:p>
    <w:p w14:paraId="0C908417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Obtiene elementos de una relacion que NO aparecen en otra.</w:t>
      </w:r>
    </w:p>
    <w:p w14:paraId="1F2814E3" w14:textId="77777777" w:rsidR="00BE52EF" w:rsidRDefault="00000000">
      <w:pPr>
        <w:pStyle w:val="Listaconvietas"/>
        <w:spacing w:after="60"/>
        <w:ind w:left="425"/>
      </w:pPr>
      <w:r>
        <w:t>Simbolo: guion. Ejemplo: EstudiantesA - EstudiantesB</w:t>
      </w:r>
    </w:p>
    <w:p w14:paraId="5FB61A96" w14:textId="77777777" w:rsidR="00BE52EF" w:rsidRDefault="00000000">
      <w:pPr>
        <w:spacing w:before="160"/>
      </w:pPr>
      <w:r>
        <w:rPr>
          <w:b/>
          <w:color w:val="1F3A5F"/>
          <w:sz w:val="23"/>
        </w:rPr>
        <w:t>4.1.4.5 Producto cartesiano</w:t>
      </w:r>
    </w:p>
    <w:p w14:paraId="6826C954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Combina cada tupla de una relacion con cada tupla de otra.</w:t>
      </w:r>
    </w:p>
    <w:p w14:paraId="33067761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Simbolo: x. Ejemplo: Cursos x Docentes</w:t>
      </w:r>
    </w:p>
    <w:tbl>
      <w:tblPr>
        <w:tblW w:w="0" w:type="auto"/>
        <w:jc w:val="center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ook w:val="04A0" w:firstRow="1" w:lastRow="0" w:firstColumn="1" w:lastColumn="0" w:noHBand="0" w:noVBand="1"/>
      </w:tblPr>
      <w:tblGrid>
        <w:gridCol w:w="1474"/>
        <w:gridCol w:w="1928"/>
        <w:gridCol w:w="1587"/>
        <w:gridCol w:w="1474"/>
        <w:gridCol w:w="2324"/>
      </w:tblGrid>
      <w:tr w:rsidR="00BE52EF" w14:paraId="5E45B260" w14:textId="77777777">
        <w:trPr>
          <w:jc w:val="center"/>
        </w:trPr>
        <w:tc>
          <w:tcPr>
            <w:tcW w:w="1474" w:type="dxa"/>
            <w:shd w:val="clear" w:color="auto" w:fill="1F3A5F"/>
          </w:tcPr>
          <w:p w14:paraId="1A1E923E" w14:textId="77777777" w:rsidR="00BE52EF" w:rsidRDefault="00000000">
            <w:r>
              <w:rPr>
                <w:b/>
                <w:color w:val="FFFFFF"/>
                <w:sz w:val="20"/>
              </w:rPr>
              <w:t>Cursos - Id</w:t>
            </w:r>
          </w:p>
        </w:tc>
        <w:tc>
          <w:tcPr>
            <w:tcW w:w="1928" w:type="dxa"/>
            <w:shd w:val="clear" w:color="auto" w:fill="1F3A5F"/>
          </w:tcPr>
          <w:p w14:paraId="21DD0B60" w14:textId="77777777" w:rsidR="00BE52EF" w:rsidRDefault="00000000">
            <w:r>
              <w:rPr>
                <w:b/>
                <w:color w:val="FFFFFF"/>
                <w:sz w:val="20"/>
              </w:rPr>
              <w:t>Curso</w:t>
            </w:r>
          </w:p>
        </w:tc>
        <w:tc>
          <w:tcPr>
            <w:tcW w:w="1587" w:type="dxa"/>
            <w:shd w:val="clear" w:color="auto" w:fill="1F3A5F"/>
          </w:tcPr>
          <w:p w14:paraId="380A13DA" w14:textId="77777777" w:rsidR="00BE52EF" w:rsidRDefault="00000000">
            <w:r>
              <w:rPr>
                <w:b/>
                <w:color w:val="FFFFFF"/>
                <w:sz w:val="20"/>
              </w:rPr>
              <w:t>Docentes - Id</w:t>
            </w:r>
          </w:p>
        </w:tc>
        <w:tc>
          <w:tcPr>
            <w:tcW w:w="1474" w:type="dxa"/>
            <w:shd w:val="clear" w:color="auto" w:fill="1F3A5F"/>
          </w:tcPr>
          <w:p w14:paraId="75A871F3" w14:textId="77777777" w:rsidR="00BE52EF" w:rsidRDefault="00000000">
            <w:r>
              <w:rPr>
                <w:b/>
                <w:color w:val="FFFFFF"/>
                <w:sz w:val="20"/>
              </w:rPr>
              <w:t>Nombre</w:t>
            </w:r>
          </w:p>
        </w:tc>
        <w:tc>
          <w:tcPr>
            <w:tcW w:w="2324" w:type="dxa"/>
            <w:shd w:val="clear" w:color="auto" w:fill="1F3A5F"/>
          </w:tcPr>
          <w:p w14:paraId="5A287CB9" w14:textId="77777777" w:rsidR="00BE52EF" w:rsidRDefault="00000000">
            <w:r>
              <w:rPr>
                <w:b/>
                <w:color w:val="FFFFFF"/>
                <w:sz w:val="20"/>
              </w:rPr>
              <w:t>Cursos x Docentes</w:t>
            </w:r>
          </w:p>
        </w:tc>
      </w:tr>
      <w:tr w:rsidR="00BE52EF" w14:paraId="2DFEF845" w14:textId="77777777">
        <w:trPr>
          <w:jc w:val="center"/>
        </w:trPr>
        <w:tc>
          <w:tcPr>
            <w:tcW w:w="1474" w:type="dxa"/>
          </w:tcPr>
          <w:p w14:paraId="32D8FFAB" w14:textId="77777777" w:rsidR="00BE52EF" w:rsidRDefault="00000000">
            <w:pPr>
              <w:spacing w:after="40"/>
            </w:pPr>
            <w:r>
              <w:rPr>
                <w:sz w:val="20"/>
              </w:rPr>
              <w:t>1</w:t>
            </w:r>
          </w:p>
        </w:tc>
        <w:tc>
          <w:tcPr>
            <w:tcW w:w="1928" w:type="dxa"/>
          </w:tcPr>
          <w:p w14:paraId="49D50116" w14:textId="77777777" w:rsidR="00BE52EF" w:rsidRDefault="00000000">
            <w:pPr>
              <w:spacing w:after="40"/>
            </w:pPr>
            <w:r>
              <w:rPr>
                <w:sz w:val="20"/>
              </w:rPr>
              <w:t>Base de Datos</w:t>
            </w:r>
          </w:p>
        </w:tc>
        <w:tc>
          <w:tcPr>
            <w:tcW w:w="1587" w:type="dxa"/>
          </w:tcPr>
          <w:p w14:paraId="0B978B27" w14:textId="77777777" w:rsidR="00BE52EF" w:rsidRDefault="00000000">
            <w:pPr>
              <w:spacing w:after="40"/>
            </w:pPr>
            <w:r>
              <w:rPr>
                <w:sz w:val="20"/>
              </w:rPr>
              <w:t>1</w:t>
            </w:r>
          </w:p>
        </w:tc>
        <w:tc>
          <w:tcPr>
            <w:tcW w:w="1474" w:type="dxa"/>
          </w:tcPr>
          <w:p w14:paraId="4FC208B2" w14:textId="77777777" w:rsidR="00BE52EF" w:rsidRDefault="00000000">
            <w:pPr>
              <w:spacing w:after="40"/>
            </w:pPr>
            <w:r>
              <w:rPr>
                <w:sz w:val="20"/>
              </w:rPr>
              <w:t>Carlos</w:t>
            </w:r>
          </w:p>
        </w:tc>
        <w:tc>
          <w:tcPr>
            <w:tcW w:w="2324" w:type="dxa"/>
          </w:tcPr>
          <w:p w14:paraId="61D470F9" w14:textId="77777777" w:rsidR="00BE52EF" w:rsidRDefault="00000000">
            <w:pPr>
              <w:spacing w:after="40"/>
            </w:pPr>
            <w:r>
              <w:rPr>
                <w:sz w:val="20"/>
              </w:rPr>
              <w:t>Base de Datos / Carlos</w:t>
            </w:r>
          </w:p>
        </w:tc>
      </w:tr>
      <w:tr w:rsidR="00BE52EF" w14:paraId="04FF3753" w14:textId="77777777">
        <w:trPr>
          <w:jc w:val="center"/>
        </w:trPr>
        <w:tc>
          <w:tcPr>
            <w:tcW w:w="1474" w:type="dxa"/>
            <w:shd w:val="clear" w:color="auto" w:fill="EEF2F7"/>
          </w:tcPr>
          <w:p w14:paraId="2987338D" w14:textId="77777777" w:rsidR="00BE52EF" w:rsidRDefault="00000000">
            <w:pPr>
              <w:spacing w:after="40"/>
            </w:pPr>
            <w:r>
              <w:rPr>
                <w:sz w:val="20"/>
              </w:rPr>
              <w:t>1</w:t>
            </w:r>
          </w:p>
        </w:tc>
        <w:tc>
          <w:tcPr>
            <w:tcW w:w="1928" w:type="dxa"/>
            <w:shd w:val="clear" w:color="auto" w:fill="EEF2F7"/>
          </w:tcPr>
          <w:p w14:paraId="42D182D0" w14:textId="77777777" w:rsidR="00BE52EF" w:rsidRDefault="00000000">
            <w:pPr>
              <w:spacing w:after="40"/>
            </w:pPr>
            <w:r>
              <w:rPr>
                <w:sz w:val="20"/>
              </w:rPr>
              <w:t>Base de Datos</w:t>
            </w:r>
          </w:p>
        </w:tc>
        <w:tc>
          <w:tcPr>
            <w:tcW w:w="1587" w:type="dxa"/>
            <w:shd w:val="clear" w:color="auto" w:fill="EEF2F7"/>
          </w:tcPr>
          <w:p w14:paraId="7A943030" w14:textId="77777777" w:rsidR="00BE52EF" w:rsidRDefault="00000000">
            <w:pPr>
              <w:spacing w:after="40"/>
            </w:pPr>
            <w:r>
              <w:rPr>
                <w:sz w:val="20"/>
              </w:rPr>
              <w:t>2</w:t>
            </w:r>
          </w:p>
        </w:tc>
        <w:tc>
          <w:tcPr>
            <w:tcW w:w="1474" w:type="dxa"/>
            <w:shd w:val="clear" w:color="auto" w:fill="EEF2F7"/>
          </w:tcPr>
          <w:p w14:paraId="22099E58" w14:textId="77777777" w:rsidR="00BE52EF" w:rsidRDefault="00000000">
            <w:pPr>
              <w:spacing w:after="40"/>
            </w:pPr>
            <w:r>
              <w:rPr>
                <w:sz w:val="20"/>
              </w:rPr>
              <w:t>Ana</w:t>
            </w:r>
          </w:p>
        </w:tc>
        <w:tc>
          <w:tcPr>
            <w:tcW w:w="2324" w:type="dxa"/>
            <w:shd w:val="clear" w:color="auto" w:fill="EEF2F7"/>
          </w:tcPr>
          <w:p w14:paraId="660C6803" w14:textId="77777777" w:rsidR="00BE52EF" w:rsidRDefault="00000000">
            <w:pPr>
              <w:spacing w:after="40"/>
            </w:pPr>
            <w:r>
              <w:rPr>
                <w:sz w:val="20"/>
              </w:rPr>
              <w:t>Base de Datos / Ana</w:t>
            </w:r>
          </w:p>
        </w:tc>
      </w:tr>
      <w:tr w:rsidR="00BE52EF" w14:paraId="1F97FA63" w14:textId="77777777">
        <w:trPr>
          <w:jc w:val="center"/>
        </w:trPr>
        <w:tc>
          <w:tcPr>
            <w:tcW w:w="1474" w:type="dxa"/>
          </w:tcPr>
          <w:p w14:paraId="4DFA24C6" w14:textId="77777777" w:rsidR="00BE52EF" w:rsidRDefault="00000000">
            <w:pPr>
              <w:spacing w:after="40"/>
            </w:pPr>
            <w:r>
              <w:rPr>
                <w:sz w:val="20"/>
              </w:rPr>
              <w:t>2</w:t>
            </w:r>
          </w:p>
        </w:tc>
        <w:tc>
          <w:tcPr>
            <w:tcW w:w="1928" w:type="dxa"/>
          </w:tcPr>
          <w:p w14:paraId="10618D8F" w14:textId="77777777" w:rsidR="00BE52EF" w:rsidRDefault="00000000">
            <w:pPr>
              <w:spacing w:after="40"/>
            </w:pPr>
            <w:r>
              <w:rPr>
                <w:sz w:val="20"/>
              </w:rPr>
              <w:t>Programacion</w:t>
            </w:r>
          </w:p>
        </w:tc>
        <w:tc>
          <w:tcPr>
            <w:tcW w:w="1587" w:type="dxa"/>
          </w:tcPr>
          <w:p w14:paraId="09806152" w14:textId="77777777" w:rsidR="00BE52EF" w:rsidRDefault="00000000">
            <w:pPr>
              <w:spacing w:after="40"/>
            </w:pPr>
            <w:r>
              <w:rPr>
                <w:sz w:val="20"/>
              </w:rPr>
              <w:t>1</w:t>
            </w:r>
          </w:p>
        </w:tc>
        <w:tc>
          <w:tcPr>
            <w:tcW w:w="1474" w:type="dxa"/>
          </w:tcPr>
          <w:p w14:paraId="1D224D60" w14:textId="77777777" w:rsidR="00BE52EF" w:rsidRDefault="00000000">
            <w:pPr>
              <w:spacing w:after="40"/>
            </w:pPr>
            <w:r>
              <w:rPr>
                <w:sz w:val="20"/>
              </w:rPr>
              <w:t>Carlos</w:t>
            </w:r>
          </w:p>
        </w:tc>
        <w:tc>
          <w:tcPr>
            <w:tcW w:w="2324" w:type="dxa"/>
          </w:tcPr>
          <w:p w14:paraId="47FF1366" w14:textId="77777777" w:rsidR="00BE52EF" w:rsidRDefault="00000000">
            <w:pPr>
              <w:spacing w:after="40"/>
            </w:pPr>
            <w:r>
              <w:rPr>
                <w:sz w:val="20"/>
              </w:rPr>
              <w:t>Programacion / Carlos</w:t>
            </w:r>
          </w:p>
        </w:tc>
      </w:tr>
      <w:tr w:rsidR="00BE52EF" w14:paraId="63E7AFA2" w14:textId="77777777">
        <w:trPr>
          <w:jc w:val="center"/>
        </w:trPr>
        <w:tc>
          <w:tcPr>
            <w:tcW w:w="1474" w:type="dxa"/>
            <w:shd w:val="clear" w:color="auto" w:fill="EEF2F7"/>
          </w:tcPr>
          <w:p w14:paraId="246D62A3" w14:textId="77777777" w:rsidR="00BE52EF" w:rsidRDefault="00000000">
            <w:pPr>
              <w:spacing w:after="40"/>
            </w:pPr>
            <w:r>
              <w:rPr>
                <w:sz w:val="20"/>
              </w:rPr>
              <w:t>2</w:t>
            </w:r>
          </w:p>
        </w:tc>
        <w:tc>
          <w:tcPr>
            <w:tcW w:w="1928" w:type="dxa"/>
            <w:shd w:val="clear" w:color="auto" w:fill="EEF2F7"/>
          </w:tcPr>
          <w:p w14:paraId="136DC34F" w14:textId="77777777" w:rsidR="00BE52EF" w:rsidRDefault="00000000">
            <w:pPr>
              <w:spacing w:after="40"/>
            </w:pPr>
            <w:r>
              <w:rPr>
                <w:sz w:val="20"/>
              </w:rPr>
              <w:t>Programacion</w:t>
            </w:r>
          </w:p>
        </w:tc>
        <w:tc>
          <w:tcPr>
            <w:tcW w:w="1587" w:type="dxa"/>
            <w:shd w:val="clear" w:color="auto" w:fill="EEF2F7"/>
          </w:tcPr>
          <w:p w14:paraId="74EA7B19" w14:textId="77777777" w:rsidR="00BE52EF" w:rsidRDefault="00000000">
            <w:pPr>
              <w:spacing w:after="40"/>
            </w:pPr>
            <w:r>
              <w:rPr>
                <w:sz w:val="20"/>
              </w:rPr>
              <w:t>2</w:t>
            </w:r>
          </w:p>
        </w:tc>
        <w:tc>
          <w:tcPr>
            <w:tcW w:w="1474" w:type="dxa"/>
            <w:shd w:val="clear" w:color="auto" w:fill="EEF2F7"/>
          </w:tcPr>
          <w:p w14:paraId="62816045" w14:textId="77777777" w:rsidR="00BE52EF" w:rsidRDefault="00000000">
            <w:pPr>
              <w:spacing w:after="40"/>
            </w:pPr>
            <w:r>
              <w:rPr>
                <w:sz w:val="20"/>
              </w:rPr>
              <w:t>Ana</w:t>
            </w:r>
          </w:p>
        </w:tc>
        <w:tc>
          <w:tcPr>
            <w:tcW w:w="2324" w:type="dxa"/>
            <w:shd w:val="clear" w:color="auto" w:fill="EEF2F7"/>
          </w:tcPr>
          <w:p w14:paraId="18573061" w14:textId="77777777" w:rsidR="00BE52EF" w:rsidRDefault="00000000">
            <w:pPr>
              <w:spacing w:after="40"/>
            </w:pPr>
            <w:r>
              <w:rPr>
                <w:sz w:val="20"/>
              </w:rPr>
              <w:t>Programacion / Ana</w:t>
            </w:r>
          </w:p>
        </w:tc>
      </w:tr>
    </w:tbl>
    <w:p w14:paraId="4A49D51C" w14:textId="77777777" w:rsidR="00BE52EF" w:rsidRDefault="00BE52EF">
      <w:pPr>
        <w:spacing w:after="40"/>
      </w:pPr>
    </w:p>
    <w:p w14:paraId="0D81654C" w14:textId="77777777" w:rsidR="00BE52EF" w:rsidRDefault="00000000">
      <w:pPr>
        <w:spacing w:before="160"/>
      </w:pPr>
      <w:r>
        <w:rPr>
          <w:b/>
          <w:color w:val="1F3A5F"/>
          <w:sz w:val="23"/>
        </w:rPr>
        <w:t>4.1.4.6 Renombramiento (rho)</w:t>
      </w:r>
    </w:p>
    <w:p w14:paraId="3817CB15" w14:textId="77777777" w:rsidR="00BE52EF" w:rsidRDefault="00000000">
      <w:r w:rsidRPr="007D1610">
        <w:rPr>
          <w:lang w:val="es-PA"/>
        </w:rPr>
        <w:t xml:space="preserve">Permite cambiar temporalmente el nombre de una relacion o sus atributos. </w:t>
      </w:r>
      <w:r>
        <w:t>Es particularmente util para:</w:t>
      </w:r>
    </w:p>
    <w:p w14:paraId="03D6C07F" w14:textId="77777777" w:rsidR="00BE52EF" w:rsidRDefault="00000000">
      <w:pPr>
        <w:pStyle w:val="Listaconvietas"/>
        <w:spacing w:after="60"/>
        <w:ind w:left="425"/>
      </w:pPr>
      <w:r>
        <w:t>simplificar expresiones;</w:t>
      </w:r>
    </w:p>
    <w:p w14:paraId="60A36FC6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cuando una relacion participa VARIAS VECES en una operacion;</w:t>
      </w:r>
    </w:p>
    <w:p w14:paraId="7903DC23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resolver conflictos entre nombres de atributos.</w:t>
      </w:r>
    </w:p>
    <w:p w14:paraId="2421296C" w14:textId="77777777" w:rsidR="00BE52EF" w:rsidRDefault="00000000">
      <w:pPr>
        <w:spacing w:before="160"/>
      </w:pPr>
      <w:r>
        <w:rPr>
          <w:b/>
          <w:color w:val="1F3A5F"/>
          <w:sz w:val="23"/>
        </w:rPr>
        <w:t>4.1.4.7 Interseccion</w:t>
      </w:r>
    </w:p>
    <w:p w14:paraId="273ECDB5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Obtiene las tuplas presentes simultaneamente en dos relaciones compatibles.</w:t>
      </w:r>
    </w:p>
    <w:p w14:paraId="2F665872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Simbolo: interseccion. Ejemplo: A interseccion B</w:t>
      </w:r>
    </w:p>
    <w:p w14:paraId="045BD007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Estudiantes que pertenecen tanto al conjunto A como al conjunto B.</w:t>
      </w:r>
    </w:p>
    <w:p w14:paraId="51486260" w14:textId="77777777" w:rsidR="00BE52EF" w:rsidRDefault="00000000">
      <w:pPr>
        <w:spacing w:before="160"/>
      </w:pPr>
      <w:r>
        <w:rPr>
          <w:b/>
          <w:color w:val="1F3A5F"/>
          <w:sz w:val="23"/>
        </w:rPr>
        <w:t>4.1.4.8 Reunion natural (Join)</w:t>
      </w:r>
    </w:p>
    <w:p w14:paraId="60F2E1CD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Combina relaciones utilizando los atributos comunes compatibles.</w:t>
      </w:r>
    </w:p>
    <w:p w14:paraId="60CD6903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lastRenderedPageBreak/>
        <w:t>Simbolo: bowtie. Ejemplo: ESTUDIANTE bowtie MATRICULA</w:t>
      </w:r>
    </w:p>
    <w:p w14:paraId="43427560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Permite relacionar los datos academicos con la informacion del estudiante.</w:t>
      </w:r>
    </w:p>
    <w:tbl>
      <w:tblPr>
        <w:tblW w:w="0" w:type="auto"/>
        <w:jc w:val="center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ook w:val="04A0" w:firstRow="1" w:lastRow="0" w:firstColumn="1" w:lastColumn="0" w:noHBand="0" w:noVBand="1"/>
      </w:tblPr>
      <w:tblGrid>
        <w:gridCol w:w="1644"/>
        <w:gridCol w:w="1474"/>
        <w:gridCol w:w="1644"/>
        <w:gridCol w:w="1814"/>
        <w:gridCol w:w="2211"/>
      </w:tblGrid>
      <w:tr w:rsidR="00BE52EF" w14:paraId="30420F98" w14:textId="77777777">
        <w:trPr>
          <w:jc w:val="center"/>
        </w:trPr>
        <w:tc>
          <w:tcPr>
            <w:tcW w:w="1644" w:type="dxa"/>
            <w:shd w:val="clear" w:color="auto" w:fill="1F3A5F"/>
          </w:tcPr>
          <w:p w14:paraId="679DC32F" w14:textId="77777777" w:rsidR="00BE52EF" w:rsidRDefault="00000000">
            <w:r>
              <w:rPr>
                <w:b/>
                <w:color w:val="FFFFFF"/>
                <w:sz w:val="20"/>
              </w:rPr>
              <w:t>Estudiantes - Id</w:t>
            </w:r>
          </w:p>
        </w:tc>
        <w:tc>
          <w:tcPr>
            <w:tcW w:w="1474" w:type="dxa"/>
            <w:shd w:val="clear" w:color="auto" w:fill="1F3A5F"/>
          </w:tcPr>
          <w:p w14:paraId="2A55BDB7" w14:textId="77777777" w:rsidR="00BE52EF" w:rsidRDefault="00000000">
            <w:r>
              <w:rPr>
                <w:b/>
                <w:color w:val="FFFFFF"/>
                <w:sz w:val="20"/>
              </w:rPr>
              <w:t>Nombre</w:t>
            </w:r>
          </w:p>
        </w:tc>
        <w:tc>
          <w:tcPr>
            <w:tcW w:w="1644" w:type="dxa"/>
            <w:shd w:val="clear" w:color="auto" w:fill="1F3A5F"/>
          </w:tcPr>
          <w:p w14:paraId="365BCE94" w14:textId="77777777" w:rsidR="00BE52EF" w:rsidRDefault="00000000">
            <w:r>
              <w:rPr>
                <w:b/>
                <w:color w:val="FFFFFF"/>
                <w:sz w:val="20"/>
              </w:rPr>
              <w:t>Matricula - Id</w:t>
            </w:r>
          </w:p>
        </w:tc>
        <w:tc>
          <w:tcPr>
            <w:tcW w:w="1814" w:type="dxa"/>
            <w:shd w:val="clear" w:color="auto" w:fill="1F3A5F"/>
          </w:tcPr>
          <w:p w14:paraId="7B10C6F9" w14:textId="77777777" w:rsidR="00BE52EF" w:rsidRDefault="00000000">
            <w:r>
              <w:rPr>
                <w:b/>
                <w:color w:val="FFFFFF"/>
                <w:sz w:val="20"/>
              </w:rPr>
              <w:t>Curso</w:t>
            </w:r>
          </w:p>
        </w:tc>
        <w:tc>
          <w:tcPr>
            <w:tcW w:w="2211" w:type="dxa"/>
            <w:shd w:val="clear" w:color="auto" w:fill="1F3A5F"/>
          </w:tcPr>
          <w:p w14:paraId="4DAE3C09" w14:textId="77777777" w:rsidR="00BE52EF" w:rsidRDefault="00000000">
            <w:r>
              <w:rPr>
                <w:b/>
                <w:color w:val="FFFFFF"/>
                <w:sz w:val="20"/>
              </w:rPr>
              <w:t>ESTUDIANTE bowtie MATRICULA</w:t>
            </w:r>
          </w:p>
        </w:tc>
      </w:tr>
      <w:tr w:rsidR="00BE52EF" w14:paraId="2439242A" w14:textId="77777777">
        <w:trPr>
          <w:jc w:val="center"/>
        </w:trPr>
        <w:tc>
          <w:tcPr>
            <w:tcW w:w="1644" w:type="dxa"/>
          </w:tcPr>
          <w:p w14:paraId="715D0A64" w14:textId="77777777" w:rsidR="00BE52EF" w:rsidRDefault="00000000">
            <w:pPr>
              <w:spacing w:after="40"/>
            </w:pPr>
            <w:r>
              <w:rPr>
                <w:sz w:val="20"/>
              </w:rPr>
              <w:t>1</w:t>
            </w:r>
          </w:p>
        </w:tc>
        <w:tc>
          <w:tcPr>
            <w:tcW w:w="1474" w:type="dxa"/>
          </w:tcPr>
          <w:p w14:paraId="196485CF" w14:textId="77777777" w:rsidR="00BE52EF" w:rsidRDefault="00000000">
            <w:pPr>
              <w:spacing w:after="40"/>
            </w:pPr>
            <w:r>
              <w:rPr>
                <w:sz w:val="20"/>
              </w:rPr>
              <w:t>Ana</w:t>
            </w:r>
          </w:p>
        </w:tc>
        <w:tc>
          <w:tcPr>
            <w:tcW w:w="1644" w:type="dxa"/>
          </w:tcPr>
          <w:p w14:paraId="406E03D5" w14:textId="77777777" w:rsidR="00BE52EF" w:rsidRDefault="00000000">
            <w:pPr>
              <w:spacing w:after="40"/>
            </w:pPr>
            <w:r>
              <w:rPr>
                <w:sz w:val="20"/>
              </w:rPr>
              <w:t>1</w:t>
            </w:r>
          </w:p>
        </w:tc>
        <w:tc>
          <w:tcPr>
            <w:tcW w:w="1814" w:type="dxa"/>
          </w:tcPr>
          <w:p w14:paraId="5795CD9B" w14:textId="77777777" w:rsidR="00BE52EF" w:rsidRDefault="00000000">
            <w:pPr>
              <w:spacing w:after="40"/>
            </w:pPr>
            <w:r>
              <w:rPr>
                <w:sz w:val="20"/>
              </w:rPr>
              <w:t>Base de Datos</w:t>
            </w:r>
          </w:p>
        </w:tc>
        <w:tc>
          <w:tcPr>
            <w:tcW w:w="2211" w:type="dxa"/>
          </w:tcPr>
          <w:p w14:paraId="28FD9B3C" w14:textId="77777777" w:rsidR="00BE52EF" w:rsidRDefault="00000000">
            <w:pPr>
              <w:spacing w:after="40"/>
            </w:pPr>
            <w:r>
              <w:rPr>
                <w:sz w:val="20"/>
              </w:rPr>
              <w:t>Ana / Base de Datos</w:t>
            </w:r>
          </w:p>
        </w:tc>
      </w:tr>
      <w:tr w:rsidR="00BE52EF" w14:paraId="3DCE7911" w14:textId="77777777">
        <w:trPr>
          <w:jc w:val="center"/>
        </w:trPr>
        <w:tc>
          <w:tcPr>
            <w:tcW w:w="1644" w:type="dxa"/>
            <w:shd w:val="clear" w:color="auto" w:fill="EEF2F7"/>
          </w:tcPr>
          <w:p w14:paraId="3F2D3128" w14:textId="77777777" w:rsidR="00BE52EF" w:rsidRDefault="00000000">
            <w:pPr>
              <w:spacing w:after="40"/>
            </w:pPr>
            <w:r>
              <w:rPr>
                <w:sz w:val="20"/>
              </w:rPr>
              <w:t>2</w:t>
            </w:r>
          </w:p>
        </w:tc>
        <w:tc>
          <w:tcPr>
            <w:tcW w:w="1474" w:type="dxa"/>
            <w:shd w:val="clear" w:color="auto" w:fill="EEF2F7"/>
          </w:tcPr>
          <w:p w14:paraId="43C39376" w14:textId="77777777" w:rsidR="00BE52EF" w:rsidRDefault="00000000">
            <w:pPr>
              <w:spacing w:after="40"/>
            </w:pPr>
            <w:r>
              <w:rPr>
                <w:sz w:val="20"/>
              </w:rPr>
              <w:t>Luis</w:t>
            </w:r>
          </w:p>
        </w:tc>
        <w:tc>
          <w:tcPr>
            <w:tcW w:w="1644" w:type="dxa"/>
            <w:shd w:val="clear" w:color="auto" w:fill="EEF2F7"/>
          </w:tcPr>
          <w:p w14:paraId="40FCFE18" w14:textId="77777777" w:rsidR="00BE52EF" w:rsidRDefault="00000000">
            <w:pPr>
              <w:spacing w:after="40"/>
            </w:pPr>
            <w:r>
              <w:rPr>
                <w:sz w:val="20"/>
              </w:rPr>
              <w:t>2</w:t>
            </w:r>
          </w:p>
        </w:tc>
        <w:tc>
          <w:tcPr>
            <w:tcW w:w="1814" w:type="dxa"/>
            <w:shd w:val="clear" w:color="auto" w:fill="EEF2F7"/>
          </w:tcPr>
          <w:p w14:paraId="44ACAB98" w14:textId="77777777" w:rsidR="00BE52EF" w:rsidRDefault="00000000">
            <w:pPr>
              <w:spacing w:after="40"/>
            </w:pPr>
            <w:r>
              <w:rPr>
                <w:sz w:val="20"/>
              </w:rPr>
              <w:t>Redes</w:t>
            </w:r>
          </w:p>
        </w:tc>
        <w:tc>
          <w:tcPr>
            <w:tcW w:w="2211" w:type="dxa"/>
            <w:shd w:val="clear" w:color="auto" w:fill="EEF2F7"/>
          </w:tcPr>
          <w:p w14:paraId="2F3FCDFF" w14:textId="77777777" w:rsidR="00BE52EF" w:rsidRDefault="00000000">
            <w:pPr>
              <w:spacing w:after="40"/>
            </w:pPr>
            <w:r>
              <w:rPr>
                <w:sz w:val="20"/>
              </w:rPr>
              <w:t>Luis / Redes</w:t>
            </w:r>
          </w:p>
        </w:tc>
      </w:tr>
    </w:tbl>
    <w:p w14:paraId="35075B51" w14:textId="77777777" w:rsidR="00BE52EF" w:rsidRDefault="00BE52EF">
      <w:pPr>
        <w:spacing w:after="40"/>
      </w:pPr>
    </w:p>
    <w:p w14:paraId="7646F99B" w14:textId="77777777" w:rsidR="00BE52EF" w:rsidRDefault="00000000">
      <w:pPr>
        <w:spacing w:before="160"/>
      </w:pPr>
      <w:r>
        <w:rPr>
          <w:b/>
          <w:color w:val="1F3A5F"/>
          <w:sz w:val="23"/>
        </w:rPr>
        <w:t>4.1.4.9 Division</w:t>
      </w:r>
    </w:p>
    <w:p w14:paraId="1BE29E94" w14:textId="77777777" w:rsidR="00BE52EF" w:rsidRPr="007D1610" w:rsidRDefault="00000000">
      <w:pPr>
        <w:rPr>
          <w:lang w:val="es-PA"/>
        </w:rPr>
      </w:pPr>
      <w:r w:rsidRPr="007D1610">
        <w:rPr>
          <w:lang w:val="es-PA"/>
        </w:rPr>
        <w:t>Suele ser una de las operaciones que mas dificultad provoca. Permite resolver preguntas del tipo: "¿Quien cumple con todos los elementos de determinado conjunto?"</w:t>
      </w:r>
    </w:p>
    <w:p w14:paraId="5FEA6390" w14:textId="77777777" w:rsidR="00BE52EF" w:rsidRPr="007D1610" w:rsidRDefault="00000000">
      <w:pPr>
        <w:rPr>
          <w:lang w:val="es-PA"/>
        </w:rPr>
      </w:pPr>
      <w:r w:rsidRPr="007D1610">
        <w:rPr>
          <w:lang w:val="es-PA"/>
        </w:rPr>
        <w:t>Ejemplo: obtener los estudiantes que han aprobado TODAS las asignaturas obligatorias.</w:t>
      </w:r>
    </w:p>
    <w:p w14:paraId="3DFA7650" w14:textId="77777777" w:rsidR="00BE52EF" w:rsidRPr="007D1610" w:rsidRDefault="00000000">
      <w:pPr>
        <w:shd w:val="clear" w:color="auto" w:fill="F2F4F7"/>
        <w:spacing w:before="80" w:after="80"/>
        <w:ind w:left="454"/>
        <w:rPr>
          <w:lang w:val="es-PA"/>
        </w:rPr>
      </w:pPr>
      <w:r w:rsidRPr="007D1610">
        <w:rPr>
          <w:rFonts w:ascii="Consolas" w:hAnsi="Consolas"/>
          <w:color w:val="1A472E"/>
          <w:sz w:val="20"/>
          <w:lang w:val="es-PA"/>
        </w:rPr>
        <w:t>APROBADA( id_estudiante, id_asignatura )</w:t>
      </w:r>
      <w:r w:rsidRPr="007D1610">
        <w:rPr>
          <w:rFonts w:ascii="Consolas" w:hAnsi="Consolas"/>
          <w:color w:val="1A472E"/>
          <w:sz w:val="20"/>
          <w:lang w:val="es-PA"/>
        </w:rPr>
        <w:br/>
        <w:t>OBLIGATORIA( id_asignatura )</w:t>
      </w:r>
      <w:r w:rsidRPr="007D1610">
        <w:rPr>
          <w:rFonts w:ascii="Consolas" w:hAnsi="Consolas"/>
          <w:color w:val="1A472E"/>
          <w:sz w:val="20"/>
          <w:lang w:val="es-PA"/>
        </w:rPr>
        <w:br/>
      </w:r>
      <w:r w:rsidRPr="007D1610">
        <w:rPr>
          <w:rFonts w:ascii="Consolas" w:hAnsi="Consolas"/>
          <w:color w:val="1A472E"/>
          <w:sz w:val="20"/>
          <w:lang w:val="es-PA"/>
        </w:rPr>
        <w:br/>
        <w:t>APROBADA  /  OBLIGATORIA</w:t>
      </w:r>
    </w:p>
    <w:p w14:paraId="4C999D39" w14:textId="77777777" w:rsidR="00BE52EF" w:rsidRPr="007D1610" w:rsidRDefault="00000000">
      <w:pPr>
        <w:rPr>
          <w:lang w:val="es-PA"/>
        </w:rPr>
      </w:pPr>
      <w:r w:rsidRPr="007D1610">
        <w:rPr>
          <w:i/>
          <w:lang w:val="es-PA"/>
        </w:rPr>
        <w:t>Produce conceptualmente los estudiantes relacionados con todas las asignaturas requeridas.</w:t>
      </w:r>
    </w:p>
    <w:p w14:paraId="3C317C75" w14:textId="77777777" w:rsidR="00BE52EF" w:rsidRPr="007D1610" w:rsidRDefault="00000000">
      <w:pPr>
        <w:spacing w:before="240" w:after="80"/>
        <w:rPr>
          <w:lang w:val="es-PA"/>
        </w:rPr>
      </w:pPr>
      <w:r w:rsidRPr="007D1610">
        <w:rPr>
          <w:b/>
          <w:color w:val="2E5C8A"/>
          <w:sz w:val="26"/>
          <w:lang w:val="es-PA"/>
        </w:rPr>
        <w:t>2.4 Relacion entre Algebra Relacional y SQL</w:t>
      </w:r>
    </w:p>
    <w:p w14:paraId="51806BCB" w14:textId="77777777" w:rsidR="00BE52EF" w:rsidRPr="007D1610" w:rsidRDefault="00000000">
      <w:pPr>
        <w:rPr>
          <w:lang w:val="es-PA"/>
        </w:rPr>
      </w:pPr>
      <w:r w:rsidRPr="007D1610">
        <w:rPr>
          <w:b/>
          <w:lang w:val="es-PA"/>
        </w:rPr>
        <w:t>Ejemplo completo:</w:t>
      </w:r>
    </w:p>
    <w:p w14:paraId="46B43C0A" w14:textId="77777777" w:rsidR="00BE52EF" w:rsidRPr="007D1610" w:rsidRDefault="00000000">
      <w:pPr>
        <w:shd w:val="clear" w:color="auto" w:fill="F2F4F7"/>
        <w:spacing w:before="80" w:after="80"/>
        <w:ind w:left="454"/>
        <w:rPr>
          <w:lang w:val="es-PA"/>
        </w:rPr>
      </w:pPr>
      <w:r w:rsidRPr="007D1610">
        <w:rPr>
          <w:rFonts w:ascii="Consolas" w:hAnsi="Consolas"/>
          <w:color w:val="1A472E"/>
          <w:sz w:val="20"/>
          <w:lang w:val="es-PA"/>
        </w:rPr>
        <w:t>Algebra Relacional:</w:t>
      </w:r>
      <w:r w:rsidRPr="007D1610">
        <w:rPr>
          <w:rFonts w:ascii="Consolas" w:hAnsi="Consolas"/>
          <w:color w:val="1A472E"/>
          <w:sz w:val="20"/>
          <w:lang w:val="es-PA"/>
        </w:rPr>
        <w:br/>
        <w:t xml:space="preserve">  sigma  Carrera='Informatica' (Estudiantes)</w:t>
      </w:r>
      <w:r w:rsidRPr="007D1610">
        <w:rPr>
          <w:rFonts w:ascii="Consolas" w:hAnsi="Consolas"/>
          <w:color w:val="1A472E"/>
          <w:sz w:val="20"/>
          <w:lang w:val="es-PA"/>
        </w:rPr>
        <w:br/>
      </w:r>
      <w:r w:rsidRPr="007D1610">
        <w:rPr>
          <w:rFonts w:ascii="Consolas" w:hAnsi="Consolas"/>
          <w:color w:val="1A472E"/>
          <w:sz w:val="20"/>
          <w:lang w:val="es-PA"/>
        </w:rPr>
        <w:br/>
        <w:t>SQL:</w:t>
      </w:r>
      <w:r w:rsidRPr="007D1610">
        <w:rPr>
          <w:rFonts w:ascii="Consolas" w:hAnsi="Consolas"/>
          <w:color w:val="1A472E"/>
          <w:sz w:val="20"/>
          <w:lang w:val="es-PA"/>
        </w:rPr>
        <w:br/>
        <w:t xml:space="preserve">  SELECT *</w:t>
      </w:r>
      <w:r w:rsidRPr="007D1610">
        <w:rPr>
          <w:rFonts w:ascii="Consolas" w:hAnsi="Consolas"/>
          <w:color w:val="1A472E"/>
          <w:sz w:val="20"/>
          <w:lang w:val="es-PA"/>
        </w:rPr>
        <w:br/>
        <w:t xml:space="preserve">  FROM Estudiantes</w:t>
      </w:r>
      <w:r w:rsidRPr="007D1610">
        <w:rPr>
          <w:rFonts w:ascii="Consolas" w:hAnsi="Consolas"/>
          <w:color w:val="1A472E"/>
          <w:sz w:val="20"/>
          <w:lang w:val="es-PA"/>
        </w:rPr>
        <w:br/>
        <w:t xml:space="preserve">  WHERE Carrera = 'Informatica';</w:t>
      </w:r>
    </w:p>
    <w:p w14:paraId="0B7017B0" w14:textId="77777777" w:rsidR="00BE52EF" w:rsidRDefault="00000000">
      <w:pPr>
        <w:spacing w:before="240" w:after="80"/>
      </w:pPr>
      <w:r>
        <w:rPr>
          <w:b/>
          <w:color w:val="2E5C8A"/>
          <w:sz w:val="26"/>
        </w:rPr>
        <w:t>2.5 Importancia del Algebra Relacional</w:t>
      </w:r>
    </w:p>
    <w:p w14:paraId="66497C6C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Disenar consultas de forma logica.</w:t>
      </w:r>
    </w:p>
    <w:p w14:paraId="2C3731FF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Comprender como funcionan internamente las bases de datos.</w:t>
      </w:r>
    </w:p>
    <w:p w14:paraId="5C85D9A7" w14:textId="77777777" w:rsidR="00BE52EF" w:rsidRDefault="00000000">
      <w:pPr>
        <w:pStyle w:val="Listaconvietas"/>
        <w:spacing w:after="60"/>
        <w:ind w:left="425"/>
      </w:pPr>
      <w:r>
        <w:t>Optimizar consultas SQL.</w:t>
      </w:r>
    </w:p>
    <w:p w14:paraId="15FBC997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Entender las relaciones entre tablas.</w:t>
      </w:r>
    </w:p>
    <w:p w14:paraId="77716B3C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Servir como fundamento teorico del modelo relacional.</w:t>
      </w:r>
    </w:p>
    <w:p w14:paraId="552BE4A4" w14:textId="77777777" w:rsidR="00BE52EF" w:rsidRPr="007D1610" w:rsidRDefault="00000000">
      <w:pPr>
        <w:rPr>
          <w:lang w:val="es-PA"/>
        </w:rPr>
      </w:pPr>
      <w:r w:rsidRPr="007D1610">
        <w:rPr>
          <w:lang w:val="es-PA"/>
        </w:rPr>
        <w:br w:type="page"/>
      </w:r>
    </w:p>
    <w:p w14:paraId="0FEF4D8F" w14:textId="77777777" w:rsidR="00BE52EF" w:rsidRPr="007D1610" w:rsidRDefault="00000000">
      <w:pPr>
        <w:spacing w:before="360" w:after="160"/>
        <w:rPr>
          <w:lang w:val="es-PA"/>
        </w:rPr>
      </w:pPr>
      <w:r w:rsidRPr="007D1610">
        <w:rPr>
          <w:b/>
          <w:color w:val="1F3A5F"/>
          <w:sz w:val="32"/>
          <w:lang w:val="es-PA"/>
        </w:rPr>
        <w:lastRenderedPageBreak/>
        <w:t>PARTE 3 - REFUERZO PRACTICO</w:t>
      </w:r>
    </w:p>
    <w:p w14:paraId="6A7F2297" w14:textId="77777777" w:rsidR="00BE52EF" w:rsidRPr="007D1610" w:rsidRDefault="00000000">
      <w:pPr>
        <w:spacing w:before="240" w:after="80"/>
        <w:rPr>
          <w:lang w:val="es-PA"/>
        </w:rPr>
      </w:pPr>
      <w:r w:rsidRPr="007D1610">
        <w:rPr>
          <w:b/>
          <w:color w:val="2E5C8A"/>
          <w:sz w:val="26"/>
          <w:lang w:val="es-PA"/>
        </w:rPr>
        <w:t>Ejercicio 1 - Clasificar claves</w:t>
      </w:r>
    </w:p>
    <w:p w14:paraId="2A5EEB2D" w14:textId="77777777" w:rsidR="00BE52EF" w:rsidRPr="007D1610" w:rsidRDefault="00000000">
      <w:pPr>
        <w:rPr>
          <w:lang w:val="es-PA"/>
        </w:rPr>
      </w:pPr>
      <w:r w:rsidRPr="007D1610">
        <w:rPr>
          <w:lang w:val="es-PA"/>
        </w:rPr>
        <w:t>Determine que tipo de clave es cada caso:</w:t>
      </w:r>
    </w:p>
    <w:tbl>
      <w:tblPr>
        <w:tblW w:w="0" w:type="auto"/>
        <w:jc w:val="center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ook w:val="04A0" w:firstRow="1" w:lastRow="0" w:firstColumn="1" w:lastColumn="0" w:noHBand="0" w:noVBand="1"/>
      </w:tblPr>
      <w:tblGrid>
        <w:gridCol w:w="680"/>
        <w:gridCol w:w="5839"/>
        <w:gridCol w:w="2268"/>
      </w:tblGrid>
      <w:tr w:rsidR="00BE52EF" w14:paraId="430FF4B8" w14:textId="77777777">
        <w:trPr>
          <w:jc w:val="center"/>
        </w:trPr>
        <w:tc>
          <w:tcPr>
            <w:tcW w:w="680" w:type="dxa"/>
            <w:shd w:val="clear" w:color="auto" w:fill="1F3A5F"/>
          </w:tcPr>
          <w:p w14:paraId="1670DB8A" w14:textId="77777777" w:rsidR="00BE52EF" w:rsidRDefault="00000000"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w="5839" w:type="dxa"/>
            <w:shd w:val="clear" w:color="auto" w:fill="1F3A5F"/>
          </w:tcPr>
          <w:p w14:paraId="02A30DD6" w14:textId="77777777" w:rsidR="00BE52EF" w:rsidRDefault="00000000">
            <w:r>
              <w:rPr>
                <w:b/>
                <w:color w:val="FFFFFF"/>
                <w:sz w:val="20"/>
              </w:rPr>
              <w:t>Situacion</w:t>
            </w:r>
          </w:p>
        </w:tc>
        <w:tc>
          <w:tcPr>
            <w:tcW w:w="2268" w:type="dxa"/>
            <w:shd w:val="clear" w:color="auto" w:fill="1F3A5F"/>
          </w:tcPr>
          <w:p w14:paraId="44566FE8" w14:textId="77777777" w:rsidR="00BE52EF" w:rsidRDefault="00000000">
            <w:r>
              <w:rPr>
                <w:b/>
                <w:color w:val="FFFFFF"/>
                <w:sz w:val="20"/>
              </w:rPr>
              <w:t>Respuesta</w:t>
            </w:r>
          </w:p>
        </w:tc>
      </w:tr>
      <w:tr w:rsidR="00BE52EF" w14:paraId="1868320C" w14:textId="77777777">
        <w:trPr>
          <w:jc w:val="center"/>
        </w:trPr>
        <w:tc>
          <w:tcPr>
            <w:tcW w:w="680" w:type="dxa"/>
          </w:tcPr>
          <w:p w14:paraId="562C14BA" w14:textId="77777777" w:rsidR="00BE52EF" w:rsidRDefault="00000000">
            <w:pPr>
              <w:spacing w:after="40"/>
            </w:pPr>
            <w:r>
              <w:rPr>
                <w:sz w:val="20"/>
              </w:rPr>
              <w:t>1</w:t>
            </w:r>
          </w:p>
        </w:tc>
        <w:tc>
          <w:tcPr>
            <w:tcW w:w="5839" w:type="dxa"/>
          </w:tcPr>
          <w:p w14:paraId="74241442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(id, nombre) identifica de forma unica a cada estudiante</w:t>
            </w:r>
          </w:p>
        </w:tc>
        <w:tc>
          <w:tcPr>
            <w:tcW w:w="2268" w:type="dxa"/>
          </w:tcPr>
          <w:p w14:paraId="272A2F60" w14:textId="77777777" w:rsidR="00BE52EF" w:rsidRDefault="00000000">
            <w:pPr>
              <w:spacing w:after="40"/>
            </w:pPr>
            <w:r>
              <w:rPr>
                <w:sz w:val="20"/>
              </w:rPr>
              <w:t>Superclave</w:t>
            </w:r>
          </w:p>
        </w:tc>
      </w:tr>
      <w:tr w:rsidR="00BE52EF" w14:paraId="3F25BDED" w14:textId="77777777">
        <w:trPr>
          <w:jc w:val="center"/>
        </w:trPr>
        <w:tc>
          <w:tcPr>
            <w:tcW w:w="680" w:type="dxa"/>
            <w:shd w:val="clear" w:color="auto" w:fill="EEF2F7"/>
          </w:tcPr>
          <w:p w14:paraId="7054A45D" w14:textId="77777777" w:rsidR="00BE52EF" w:rsidRDefault="00000000">
            <w:pPr>
              <w:spacing w:after="40"/>
            </w:pPr>
            <w:r>
              <w:rPr>
                <w:sz w:val="20"/>
              </w:rPr>
              <w:t>2</w:t>
            </w:r>
          </w:p>
        </w:tc>
        <w:tc>
          <w:tcPr>
            <w:tcW w:w="5839" w:type="dxa"/>
            <w:shd w:val="clear" w:color="auto" w:fill="EEF2F7"/>
          </w:tcPr>
          <w:p w14:paraId="7A3271DA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id solo ya no se repite en la tabla</w:t>
            </w:r>
          </w:p>
        </w:tc>
        <w:tc>
          <w:tcPr>
            <w:tcW w:w="2268" w:type="dxa"/>
            <w:shd w:val="clear" w:color="auto" w:fill="EEF2F7"/>
          </w:tcPr>
          <w:p w14:paraId="7C46B1F3" w14:textId="77777777" w:rsidR="00BE52EF" w:rsidRDefault="00000000">
            <w:pPr>
              <w:spacing w:after="40"/>
            </w:pPr>
            <w:r>
              <w:rPr>
                <w:sz w:val="20"/>
              </w:rPr>
              <w:t>Clave candidata</w:t>
            </w:r>
          </w:p>
        </w:tc>
      </w:tr>
      <w:tr w:rsidR="00BE52EF" w14:paraId="4D26410D" w14:textId="77777777">
        <w:trPr>
          <w:jc w:val="center"/>
        </w:trPr>
        <w:tc>
          <w:tcPr>
            <w:tcW w:w="680" w:type="dxa"/>
          </w:tcPr>
          <w:p w14:paraId="25F3F04F" w14:textId="77777777" w:rsidR="00BE52EF" w:rsidRDefault="00000000">
            <w:pPr>
              <w:spacing w:after="40"/>
            </w:pPr>
            <w:r>
              <w:rPr>
                <w:sz w:val="20"/>
              </w:rPr>
              <w:t>3</w:t>
            </w:r>
          </w:p>
        </w:tc>
        <w:tc>
          <w:tcPr>
            <w:tcW w:w="5839" w:type="dxa"/>
          </w:tcPr>
          <w:p w14:paraId="1A56DDEB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La clave candidata que el disenador eligio como oficial</w:t>
            </w:r>
          </w:p>
        </w:tc>
        <w:tc>
          <w:tcPr>
            <w:tcW w:w="2268" w:type="dxa"/>
          </w:tcPr>
          <w:p w14:paraId="118C4456" w14:textId="77777777" w:rsidR="00BE52EF" w:rsidRDefault="00000000">
            <w:pPr>
              <w:spacing w:after="40"/>
            </w:pPr>
            <w:r>
              <w:rPr>
                <w:sz w:val="20"/>
              </w:rPr>
              <w:t>Clave primaria</w:t>
            </w:r>
          </w:p>
        </w:tc>
      </w:tr>
      <w:tr w:rsidR="00BE52EF" w14:paraId="209AD065" w14:textId="77777777">
        <w:trPr>
          <w:jc w:val="center"/>
        </w:trPr>
        <w:tc>
          <w:tcPr>
            <w:tcW w:w="680" w:type="dxa"/>
            <w:shd w:val="clear" w:color="auto" w:fill="EEF2F7"/>
          </w:tcPr>
          <w:p w14:paraId="4F9A7733" w14:textId="77777777" w:rsidR="00BE52EF" w:rsidRDefault="00000000">
            <w:pPr>
              <w:spacing w:after="40"/>
            </w:pPr>
            <w:r>
              <w:rPr>
                <w:sz w:val="20"/>
              </w:rPr>
              <w:t>4</w:t>
            </w:r>
          </w:p>
        </w:tc>
        <w:tc>
          <w:tcPr>
            <w:tcW w:w="5839" w:type="dxa"/>
            <w:shd w:val="clear" w:color="auto" w:fill="EEF2F7"/>
          </w:tcPr>
          <w:p w14:paraId="73DBB372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La otra clave candidata que no fue elegida</w:t>
            </w:r>
          </w:p>
        </w:tc>
        <w:tc>
          <w:tcPr>
            <w:tcW w:w="2268" w:type="dxa"/>
            <w:shd w:val="clear" w:color="auto" w:fill="EEF2F7"/>
          </w:tcPr>
          <w:p w14:paraId="4E800709" w14:textId="77777777" w:rsidR="00BE52EF" w:rsidRDefault="00000000">
            <w:pPr>
              <w:spacing w:after="40"/>
            </w:pPr>
            <w:r>
              <w:rPr>
                <w:sz w:val="20"/>
              </w:rPr>
              <w:t>Clave alternativa</w:t>
            </w:r>
          </w:p>
        </w:tc>
      </w:tr>
      <w:tr w:rsidR="00BE52EF" w14:paraId="43F6ED77" w14:textId="77777777">
        <w:trPr>
          <w:jc w:val="center"/>
        </w:trPr>
        <w:tc>
          <w:tcPr>
            <w:tcW w:w="680" w:type="dxa"/>
          </w:tcPr>
          <w:p w14:paraId="6E396A49" w14:textId="77777777" w:rsidR="00BE52EF" w:rsidRDefault="00000000">
            <w:pPr>
              <w:spacing w:after="40"/>
            </w:pPr>
            <w:r>
              <w:rPr>
                <w:sz w:val="20"/>
              </w:rPr>
              <w:t>5</w:t>
            </w:r>
          </w:p>
        </w:tc>
        <w:tc>
          <w:tcPr>
            <w:tcW w:w="5839" w:type="dxa"/>
          </w:tcPr>
          <w:p w14:paraId="2BAF6A2E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id + carrera usados juntos como PK</w:t>
            </w:r>
          </w:p>
        </w:tc>
        <w:tc>
          <w:tcPr>
            <w:tcW w:w="2268" w:type="dxa"/>
          </w:tcPr>
          <w:p w14:paraId="038943B3" w14:textId="77777777" w:rsidR="00BE52EF" w:rsidRDefault="00000000">
            <w:pPr>
              <w:spacing w:after="40"/>
            </w:pPr>
            <w:r>
              <w:rPr>
                <w:sz w:val="20"/>
              </w:rPr>
              <w:t>Clave compuesta</w:t>
            </w:r>
          </w:p>
        </w:tc>
      </w:tr>
      <w:tr w:rsidR="00BE52EF" w14:paraId="7C76FD6C" w14:textId="77777777">
        <w:trPr>
          <w:jc w:val="center"/>
        </w:trPr>
        <w:tc>
          <w:tcPr>
            <w:tcW w:w="680" w:type="dxa"/>
            <w:shd w:val="clear" w:color="auto" w:fill="EEF2F7"/>
          </w:tcPr>
          <w:p w14:paraId="7300B3FC" w14:textId="77777777" w:rsidR="00BE52EF" w:rsidRDefault="00000000">
            <w:pPr>
              <w:spacing w:after="40"/>
            </w:pPr>
            <w:r>
              <w:rPr>
                <w:sz w:val="20"/>
              </w:rPr>
              <w:t>6</w:t>
            </w:r>
          </w:p>
        </w:tc>
        <w:tc>
          <w:tcPr>
            <w:tcW w:w="5839" w:type="dxa"/>
            <w:shd w:val="clear" w:color="auto" w:fill="EEF2F7"/>
          </w:tcPr>
          <w:p w14:paraId="7D05CEDE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id_carrera en ESTUDIANTE que apunta a CARRERA</w:t>
            </w:r>
          </w:p>
        </w:tc>
        <w:tc>
          <w:tcPr>
            <w:tcW w:w="2268" w:type="dxa"/>
            <w:shd w:val="clear" w:color="auto" w:fill="EEF2F7"/>
          </w:tcPr>
          <w:p w14:paraId="62DE1275" w14:textId="77777777" w:rsidR="00BE52EF" w:rsidRDefault="00000000">
            <w:pPr>
              <w:spacing w:after="40"/>
            </w:pPr>
            <w:r>
              <w:rPr>
                <w:sz w:val="20"/>
              </w:rPr>
              <w:t>Clave foranea</w:t>
            </w:r>
          </w:p>
        </w:tc>
      </w:tr>
    </w:tbl>
    <w:p w14:paraId="7BE52027" w14:textId="77777777" w:rsidR="00BE52EF" w:rsidRDefault="00BE52EF">
      <w:pPr>
        <w:spacing w:after="40"/>
      </w:pPr>
    </w:p>
    <w:p w14:paraId="200F6531" w14:textId="77777777" w:rsidR="00BE52EF" w:rsidRDefault="00000000">
      <w:pPr>
        <w:spacing w:before="240" w:after="80"/>
      </w:pPr>
      <w:r>
        <w:rPr>
          <w:b/>
          <w:color w:val="2E5C8A"/>
          <w:sz w:val="26"/>
        </w:rPr>
        <w:t>Ejercicio 2 - Integridad correspondiente</w:t>
      </w:r>
    </w:p>
    <w:tbl>
      <w:tblPr>
        <w:tblW w:w="0" w:type="auto"/>
        <w:jc w:val="center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ook w:val="04A0" w:firstRow="1" w:lastRow="0" w:firstColumn="1" w:lastColumn="0" w:noHBand="0" w:noVBand="1"/>
      </w:tblPr>
      <w:tblGrid>
        <w:gridCol w:w="5669"/>
        <w:gridCol w:w="3118"/>
      </w:tblGrid>
      <w:tr w:rsidR="00BE52EF" w14:paraId="58C80370" w14:textId="77777777">
        <w:trPr>
          <w:jc w:val="center"/>
        </w:trPr>
        <w:tc>
          <w:tcPr>
            <w:tcW w:w="5669" w:type="dxa"/>
            <w:shd w:val="clear" w:color="auto" w:fill="1F3A5F"/>
          </w:tcPr>
          <w:p w14:paraId="09A9C75F" w14:textId="77777777" w:rsidR="00BE52EF" w:rsidRDefault="00000000">
            <w:r>
              <w:rPr>
                <w:b/>
                <w:color w:val="FFFFFF"/>
                <w:sz w:val="20"/>
              </w:rPr>
              <w:t>Enunciado</w:t>
            </w:r>
          </w:p>
        </w:tc>
        <w:tc>
          <w:tcPr>
            <w:tcW w:w="3118" w:type="dxa"/>
            <w:shd w:val="clear" w:color="auto" w:fill="1F3A5F"/>
          </w:tcPr>
          <w:p w14:paraId="51522E53" w14:textId="77777777" w:rsidR="00BE52EF" w:rsidRDefault="00000000">
            <w:r>
              <w:rPr>
                <w:b/>
                <w:color w:val="FFFFFF"/>
                <w:sz w:val="20"/>
              </w:rPr>
              <w:t>Tipo de integridad</w:t>
            </w:r>
          </w:p>
        </w:tc>
      </w:tr>
      <w:tr w:rsidR="00BE52EF" w14:paraId="502414E3" w14:textId="77777777">
        <w:trPr>
          <w:jc w:val="center"/>
        </w:trPr>
        <w:tc>
          <w:tcPr>
            <w:tcW w:w="5669" w:type="dxa"/>
          </w:tcPr>
          <w:p w14:paraId="0C38BF00" w14:textId="77777777" w:rsidR="00BE52EF" w:rsidRDefault="00000000">
            <w:pPr>
              <w:spacing w:after="40"/>
            </w:pPr>
            <w:r>
              <w:rPr>
                <w:sz w:val="20"/>
              </w:rPr>
              <w:t>edad &gt;= 16</w:t>
            </w:r>
          </w:p>
        </w:tc>
        <w:tc>
          <w:tcPr>
            <w:tcW w:w="3118" w:type="dxa"/>
          </w:tcPr>
          <w:p w14:paraId="78041845" w14:textId="77777777" w:rsidR="00BE52EF" w:rsidRDefault="00000000">
            <w:pPr>
              <w:spacing w:after="40"/>
            </w:pPr>
            <w:r>
              <w:rPr>
                <w:sz w:val="20"/>
              </w:rPr>
              <w:t>Dominio</w:t>
            </w:r>
          </w:p>
        </w:tc>
      </w:tr>
      <w:tr w:rsidR="00BE52EF" w14:paraId="3896C2F0" w14:textId="77777777">
        <w:trPr>
          <w:jc w:val="center"/>
        </w:trPr>
        <w:tc>
          <w:tcPr>
            <w:tcW w:w="5669" w:type="dxa"/>
            <w:shd w:val="clear" w:color="auto" w:fill="EEF2F7"/>
          </w:tcPr>
          <w:p w14:paraId="13423231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La PK no acepta vacios</w:t>
            </w:r>
          </w:p>
        </w:tc>
        <w:tc>
          <w:tcPr>
            <w:tcW w:w="3118" w:type="dxa"/>
            <w:shd w:val="clear" w:color="auto" w:fill="EEF2F7"/>
          </w:tcPr>
          <w:p w14:paraId="6D8C4097" w14:textId="77777777" w:rsidR="00BE52EF" w:rsidRDefault="00000000">
            <w:pPr>
              <w:spacing w:after="40"/>
            </w:pPr>
            <w:r>
              <w:rPr>
                <w:sz w:val="20"/>
              </w:rPr>
              <w:t>Entidad</w:t>
            </w:r>
          </w:p>
        </w:tc>
      </w:tr>
      <w:tr w:rsidR="00BE52EF" w14:paraId="44C0D146" w14:textId="77777777">
        <w:trPr>
          <w:jc w:val="center"/>
        </w:trPr>
        <w:tc>
          <w:tcPr>
            <w:tcW w:w="5669" w:type="dxa"/>
          </w:tcPr>
          <w:p w14:paraId="0AC14230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MATRICULA.id_estudiante debe existir en ESTUDIANTE</w:t>
            </w:r>
          </w:p>
        </w:tc>
        <w:tc>
          <w:tcPr>
            <w:tcW w:w="3118" w:type="dxa"/>
          </w:tcPr>
          <w:p w14:paraId="3314EC7A" w14:textId="77777777" w:rsidR="00BE52EF" w:rsidRDefault="00000000">
            <w:pPr>
              <w:spacing w:after="40"/>
            </w:pPr>
            <w:r>
              <w:rPr>
                <w:sz w:val="20"/>
              </w:rPr>
              <w:t>Referencial</w:t>
            </w:r>
          </w:p>
        </w:tc>
      </w:tr>
    </w:tbl>
    <w:p w14:paraId="342932D0" w14:textId="77777777" w:rsidR="00BE52EF" w:rsidRDefault="00BE52EF">
      <w:pPr>
        <w:spacing w:after="40"/>
      </w:pPr>
    </w:p>
    <w:p w14:paraId="2B8F1ADF" w14:textId="77777777" w:rsidR="00BE52EF" w:rsidRDefault="00000000">
      <w:pPr>
        <w:spacing w:before="240" w:after="80"/>
      </w:pPr>
      <w:r>
        <w:rPr>
          <w:b/>
          <w:color w:val="2E5C8A"/>
          <w:sz w:val="26"/>
        </w:rPr>
        <w:t>Ejercicio 3 - Conversion de schemas</w:t>
      </w:r>
    </w:p>
    <w:p w14:paraId="2C06B787" w14:textId="77777777" w:rsidR="00BE52EF" w:rsidRDefault="00000000">
      <w:r>
        <w:rPr>
          <w:b/>
        </w:rPr>
        <w:t>Convertir a modelo relacional:</w:t>
      </w:r>
    </w:p>
    <w:p w14:paraId="18BB79B5" w14:textId="77777777" w:rsidR="00BE52EF" w:rsidRPr="007D1610" w:rsidRDefault="00000000">
      <w:pPr>
        <w:rPr>
          <w:lang w:val="es-PA"/>
        </w:rPr>
      </w:pPr>
      <w:r w:rsidRPr="007D1610">
        <w:rPr>
          <w:i/>
          <w:lang w:val="es-PA"/>
        </w:rPr>
        <w:t>a) Entidad fuerte TELEFONO(tel_id, numero, tipo)</w:t>
      </w:r>
    </w:p>
    <w:p w14:paraId="6B38C90D" w14:textId="77777777" w:rsidR="00BE52EF" w:rsidRPr="007D1610" w:rsidRDefault="00000000">
      <w:pPr>
        <w:shd w:val="clear" w:color="auto" w:fill="F2F4F7"/>
        <w:spacing w:before="80" w:after="80"/>
        <w:ind w:left="454"/>
        <w:rPr>
          <w:lang w:val="es-PA"/>
        </w:rPr>
      </w:pPr>
      <w:r w:rsidRPr="007D1610">
        <w:rPr>
          <w:rFonts w:ascii="Consolas" w:hAnsi="Consolas"/>
          <w:color w:val="1A472E"/>
          <w:sz w:val="20"/>
          <w:lang w:val="es-PA"/>
        </w:rPr>
        <w:t>TELEFONO( tel_id PK, numero, tipo )</w:t>
      </w:r>
    </w:p>
    <w:p w14:paraId="7C85EFAE" w14:textId="77777777" w:rsidR="00BE52EF" w:rsidRPr="007D1610" w:rsidRDefault="00000000">
      <w:pPr>
        <w:rPr>
          <w:lang w:val="es-PA"/>
        </w:rPr>
      </w:pPr>
      <w:r w:rsidRPr="007D1610">
        <w:rPr>
          <w:i/>
          <w:lang w:val="es-PA"/>
        </w:rPr>
        <w:t>b) 1:N  DEPARTAMENTO 1 -------- N EMPLEADO</w:t>
      </w:r>
    </w:p>
    <w:p w14:paraId="3948DF12" w14:textId="77777777" w:rsidR="00BE52EF" w:rsidRPr="007D1610" w:rsidRDefault="00000000">
      <w:pPr>
        <w:shd w:val="clear" w:color="auto" w:fill="F2F4F7"/>
        <w:spacing w:before="80" w:after="80"/>
        <w:ind w:left="454"/>
        <w:rPr>
          <w:lang w:val="es-PA"/>
        </w:rPr>
      </w:pPr>
      <w:r w:rsidRPr="007D1610">
        <w:rPr>
          <w:rFonts w:ascii="Consolas" w:hAnsi="Consolas"/>
          <w:color w:val="1A472E"/>
          <w:sz w:val="20"/>
          <w:lang w:val="es-PA"/>
        </w:rPr>
        <w:t>DEPARTAMENTO( id_departamento PK, nombre )</w:t>
      </w:r>
      <w:r w:rsidRPr="007D1610">
        <w:rPr>
          <w:rFonts w:ascii="Consolas" w:hAnsi="Consolas"/>
          <w:color w:val="1A472E"/>
          <w:sz w:val="20"/>
          <w:lang w:val="es-PA"/>
        </w:rPr>
        <w:br/>
        <w:t>EMPLEADO( id_empleado PK, nombre, id_departamento FK )</w:t>
      </w:r>
    </w:p>
    <w:p w14:paraId="3BA28EEE" w14:textId="77777777" w:rsidR="00BE52EF" w:rsidRPr="007D1610" w:rsidRDefault="00000000">
      <w:pPr>
        <w:rPr>
          <w:lang w:val="es-PA"/>
        </w:rPr>
      </w:pPr>
      <w:r w:rsidRPr="007D1610">
        <w:rPr>
          <w:i/>
          <w:lang w:val="es-PA"/>
        </w:rPr>
        <w:t>c) N:M  EMPLEADO N -------- M PROYECTO</w:t>
      </w:r>
    </w:p>
    <w:p w14:paraId="66520EAF" w14:textId="77777777" w:rsidR="00BE52EF" w:rsidRPr="007D1610" w:rsidRDefault="00000000">
      <w:pPr>
        <w:shd w:val="clear" w:color="auto" w:fill="F2F4F7"/>
        <w:spacing w:before="80" w:after="80"/>
        <w:ind w:left="454"/>
        <w:rPr>
          <w:lang w:val="es-PA"/>
        </w:rPr>
      </w:pPr>
      <w:r w:rsidRPr="007D1610">
        <w:rPr>
          <w:rFonts w:ascii="Consolas" w:hAnsi="Consolas"/>
          <w:color w:val="1A472E"/>
          <w:sz w:val="20"/>
          <w:lang w:val="es-PA"/>
        </w:rPr>
        <w:t>EMPLEADO( id_empleado PK, nombre )</w:t>
      </w:r>
      <w:r w:rsidRPr="007D1610">
        <w:rPr>
          <w:rFonts w:ascii="Consolas" w:hAnsi="Consolas"/>
          <w:color w:val="1A472E"/>
          <w:sz w:val="20"/>
          <w:lang w:val="es-PA"/>
        </w:rPr>
        <w:br/>
        <w:t>PROYECTO( id_proyecto PK, nombre )</w:t>
      </w:r>
      <w:r w:rsidRPr="007D1610">
        <w:rPr>
          <w:rFonts w:ascii="Consolas" w:hAnsi="Consolas"/>
          <w:color w:val="1A472E"/>
          <w:sz w:val="20"/>
          <w:lang w:val="es-PA"/>
        </w:rPr>
        <w:br/>
        <w:t>EMP_PROY( id_empleado PK/FK,</w:t>
      </w:r>
      <w:r w:rsidRPr="007D1610">
        <w:rPr>
          <w:rFonts w:ascii="Consolas" w:hAnsi="Consolas"/>
          <w:color w:val="1A472E"/>
          <w:sz w:val="20"/>
          <w:lang w:val="es-PA"/>
        </w:rPr>
        <w:br/>
        <w:t xml:space="preserve">          id_proyecto PK/FK,</w:t>
      </w:r>
      <w:r w:rsidRPr="007D1610">
        <w:rPr>
          <w:rFonts w:ascii="Consolas" w:hAnsi="Consolas"/>
          <w:color w:val="1A472E"/>
          <w:sz w:val="20"/>
          <w:lang w:val="es-PA"/>
        </w:rPr>
        <w:br/>
        <w:t xml:space="preserve">          horas )</w:t>
      </w:r>
    </w:p>
    <w:p w14:paraId="750A41B0" w14:textId="77777777" w:rsidR="00BE52EF" w:rsidRPr="007D1610" w:rsidRDefault="00000000">
      <w:pPr>
        <w:spacing w:before="240" w:after="80"/>
        <w:rPr>
          <w:lang w:val="es-PA"/>
        </w:rPr>
      </w:pPr>
      <w:r w:rsidRPr="007D1610">
        <w:rPr>
          <w:b/>
          <w:color w:val="2E5C8A"/>
          <w:sz w:val="26"/>
          <w:lang w:val="es-PA"/>
        </w:rPr>
        <w:t>Ejercicio 4 - Traducir de SQL a Algebra Relacional</w:t>
      </w:r>
    </w:p>
    <w:tbl>
      <w:tblPr>
        <w:tblW w:w="0" w:type="auto"/>
        <w:jc w:val="center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ook w:val="04A0" w:firstRow="1" w:lastRow="0" w:firstColumn="1" w:lastColumn="0" w:noHBand="0" w:noVBand="1"/>
      </w:tblPr>
      <w:tblGrid>
        <w:gridCol w:w="4252"/>
        <w:gridCol w:w="4535"/>
      </w:tblGrid>
      <w:tr w:rsidR="00BE52EF" w14:paraId="56B41C1B" w14:textId="77777777">
        <w:trPr>
          <w:jc w:val="center"/>
        </w:trPr>
        <w:tc>
          <w:tcPr>
            <w:tcW w:w="4252" w:type="dxa"/>
            <w:shd w:val="clear" w:color="auto" w:fill="1F3A5F"/>
          </w:tcPr>
          <w:p w14:paraId="2586EF48" w14:textId="77777777" w:rsidR="00BE52EF" w:rsidRDefault="00000000">
            <w:r>
              <w:rPr>
                <w:b/>
                <w:color w:val="FFFFFF"/>
                <w:sz w:val="20"/>
              </w:rPr>
              <w:t>SQL</w:t>
            </w:r>
          </w:p>
        </w:tc>
        <w:tc>
          <w:tcPr>
            <w:tcW w:w="4535" w:type="dxa"/>
            <w:shd w:val="clear" w:color="auto" w:fill="1F3A5F"/>
          </w:tcPr>
          <w:p w14:paraId="449657D3" w14:textId="77777777" w:rsidR="00BE52EF" w:rsidRDefault="00000000">
            <w:r>
              <w:rPr>
                <w:b/>
                <w:color w:val="FFFFFF"/>
                <w:sz w:val="20"/>
              </w:rPr>
              <w:t>Algebra Relacional</w:t>
            </w:r>
          </w:p>
        </w:tc>
      </w:tr>
      <w:tr w:rsidR="00BE52EF" w14:paraId="2B0E1461" w14:textId="77777777">
        <w:trPr>
          <w:jc w:val="center"/>
        </w:trPr>
        <w:tc>
          <w:tcPr>
            <w:tcW w:w="4252" w:type="dxa"/>
          </w:tcPr>
          <w:p w14:paraId="56A72B92" w14:textId="77777777" w:rsidR="00BE52EF" w:rsidRDefault="00000000">
            <w:pPr>
              <w:spacing w:after="40"/>
            </w:pPr>
            <w:r>
              <w:rPr>
                <w:sz w:val="20"/>
              </w:rPr>
              <w:t>SELECT Nombre FROM Est</w:t>
            </w:r>
          </w:p>
        </w:tc>
        <w:tc>
          <w:tcPr>
            <w:tcW w:w="4535" w:type="dxa"/>
          </w:tcPr>
          <w:p w14:paraId="663F723A" w14:textId="77777777" w:rsidR="00BE52EF" w:rsidRDefault="00000000">
            <w:pPr>
              <w:spacing w:after="40"/>
            </w:pPr>
            <w:r>
              <w:rPr>
                <w:sz w:val="20"/>
              </w:rPr>
              <w:t>pi Nombre (Est)</w:t>
            </w:r>
          </w:p>
        </w:tc>
      </w:tr>
      <w:tr w:rsidR="00BE52EF" w14:paraId="4607A150" w14:textId="77777777">
        <w:trPr>
          <w:jc w:val="center"/>
        </w:trPr>
        <w:tc>
          <w:tcPr>
            <w:tcW w:w="4252" w:type="dxa"/>
            <w:shd w:val="clear" w:color="auto" w:fill="EEF2F7"/>
          </w:tcPr>
          <w:p w14:paraId="5630AA00" w14:textId="77777777" w:rsidR="00BE52EF" w:rsidRDefault="00000000">
            <w:pPr>
              <w:spacing w:after="40"/>
            </w:pPr>
            <w:r>
              <w:rPr>
                <w:sz w:val="20"/>
              </w:rPr>
              <w:t>SELECT * FROM Est WHERE Edad &gt; 20</w:t>
            </w:r>
          </w:p>
        </w:tc>
        <w:tc>
          <w:tcPr>
            <w:tcW w:w="4535" w:type="dxa"/>
            <w:shd w:val="clear" w:color="auto" w:fill="EEF2F7"/>
          </w:tcPr>
          <w:p w14:paraId="23F696E5" w14:textId="77777777" w:rsidR="00BE52EF" w:rsidRDefault="00000000">
            <w:pPr>
              <w:spacing w:after="40"/>
            </w:pPr>
            <w:r>
              <w:rPr>
                <w:sz w:val="20"/>
              </w:rPr>
              <w:t>sigma Edad&gt;20 (Est)</w:t>
            </w:r>
          </w:p>
        </w:tc>
      </w:tr>
      <w:tr w:rsidR="00BE52EF" w:rsidRPr="007D1610" w14:paraId="0E4583E0" w14:textId="77777777">
        <w:trPr>
          <w:jc w:val="center"/>
        </w:trPr>
        <w:tc>
          <w:tcPr>
            <w:tcW w:w="4252" w:type="dxa"/>
          </w:tcPr>
          <w:p w14:paraId="2DC456E6" w14:textId="77777777" w:rsidR="00BE52EF" w:rsidRDefault="00000000">
            <w:pPr>
              <w:spacing w:after="40"/>
            </w:pPr>
            <w:r>
              <w:rPr>
                <w:sz w:val="20"/>
              </w:rPr>
              <w:lastRenderedPageBreak/>
              <w:t>SELECT * FROM Est WHERE Carrera='Sistemas' AND Edad&lt;25</w:t>
            </w:r>
          </w:p>
        </w:tc>
        <w:tc>
          <w:tcPr>
            <w:tcW w:w="4535" w:type="dxa"/>
          </w:tcPr>
          <w:p w14:paraId="6046916A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sigma Carrera='Sistemas' AND Edad&lt;25 (Est)</w:t>
            </w:r>
          </w:p>
        </w:tc>
      </w:tr>
      <w:tr w:rsidR="00BE52EF" w:rsidRPr="007D1610" w14:paraId="67B7BA1E" w14:textId="77777777">
        <w:trPr>
          <w:jc w:val="center"/>
        </w:trPr>
        <w:tc>
          <w:tcPr>
            <w:tcW w:w="4252" w:type="dxa"/>
            <w:shd w:val="clear" w:color="auto" w:fill="EEF2F7"/>
          </w:tcPr>
          <w:p w14:paraId="1BE0DF3A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SELECT Nombre, Carrera FROM Est WHERE Ciudad='Panama'</w:t>
            </w:r>
          </w:p>
        </w:tc>
        <w:tc>
          <w:tcPr>
            <w:tcW w:w="4535" w:type="dxa"/>
            <w:shd w:val="clear" w:color="auto" w:fill="EEF2F7"/>
          </w:tcPr>
          <w:p w14:paraId="1CE0660D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pi Nombre, Carrera (sigma Ciudad='Panama' (Est))</w:t>
            </w:r>
          </w:p>
        </w:tc>
      </w:tr>
      <w:tr w:rsidR="00BE52EF" w14:paraId="5021589D" w14:textId="77777777">
        <w:trPr>
          <w:jc w:val="center"/>
        </w:trPr>
        <w:tc>
          <w:tcPr>
            <w:tcW w:w="4252" w:type="dxa"/>
          </w:tcPr>
          <w:p w14:paraId="0E6BEFFC" w14:textId="77777777" w:rsidR="00BE52EF" w:rsidRDefault="00000000">
            <w:pPr>
              <w:spacing w:after="40"/>
            </w:pPr>
            <w:r>
              <w:rPr>
                <w:sz w:val="20"/>
              </w:rPr>
              <w:t>Est1 UNION Est2</w:t>
            </w:r>
          </w:p>
        </w:tc>
        <w:tc>
          <w:tcPr>
            <w:tcW w:w="4535" w:type="dxa"/>
          </w:tcPr>
          <w:p w14:paraId="5DE25D47" w14:textId="77777777" w:rsidR="00BE52EF" w:rsidRDefault="00000000">
            <w:pPr>
              <w:spacing w:after="40"/>
            </w:pPr>
            <w:r>
              <w:rPr>
                <w:sz w:val="20"/>
              </w:rPr>
              <w:t>Est1 union Est2</w:t>
            </w:r>
          </w:p>
        </w:tc>
      </w:tr>
      <w:tr w:rsidR="00BE52EF" w14:paraId="4D135D6D" w14:textId="77777777">
        <w:trPr>
          <w:jc w:val="center"/>
        </w:trPr>
        <w:tc>
          <w:tcPr>
            <w:tcW w:w="4252" w:type="dxa"/>
            <w:shd w:val="clear" w:color="auto" w:fill="EEF2F7"/>
          </w:tcPr>
          <w:p w14:paraId="2A51677D" w14:textId="77777777" w:rsidR="00BE52EF" w:rsidRDefault="00000000">
            <w:pPr>
              <w:spacing w:after="40"/>
            </w:pPr>
            <w:r>
              <w:rPr>
                <w:sz w:val="20"/>
              </w:rPr>
              <w:t>Est1 INTERSECT Est2</w:t>
            </w:r>
          </w:p>
        </w:tc>
        <w:tc>
          <w:tcPr>
            <w:tcW w:w="4535" w:type="dxa"/>
            <w:shd w:val="clear" w:color="auto" w:fill="EEF2F7"/>
          </w:tcPr>
          <w:p w14:paraId="0FFBE1D5" w14:textId="77777777" w:rsidR="00BE52EF" w:rsidRDefault="00000000">
            <w:pPr>
              <w:spacing w:after="40"/>
            </w:pPr>
            <w:r>
              <w:rPr>
                <w:sz w:val="20"/>
              </w:rPr>
              <w:t>Est1 interseccion Est2</w:t>
            </w:r>
          </w:p>
        </w:tc>
      </w:tr>
      <w:tr w:rsidR="00BE52EF" w14:paraId="3614B349" w14:textId="77777777">
        <w:trPr>
          <w:jc w:val="center"/>
        </w:trPr>
        <w:tc>
          <w:tcPr>
            <w:tcW w:w="4252" w:type="dxa"/>
          </w:tcPr>
          <w:p w14:paraId="7AF40F83" w14:textId="77777777" w:rsidR="00BE52EF" w:rsidRDefault="00000000">
            <w:pPr>
              <w:spacing w:after="40"/>
            </w:pPr>
            <w:r>
              <w:rPr>
                <w:sz w:val="20"/>
              </w:rPr>
              <w:t>Est1 EXCEPT Est2</w:t>
            </w:r>
          </w:p>
        </w:tc>
        <w:tc>
          <w:tcPr>
            <w:tcW w:w="4535" w:type="dxa"/>
          </w:tcPr>
          <w:p w14:paraId="00040A88" w14:textId="77777777" w:rsidR="00BE52EF" w:rsidRDefault="00000000">
            <w:pPr>
              <w:spacing w:after="40"/>
            </w:pPr>
            <w:r>
              <w:rPr>
                <w:sz w:val="20"/>
              </w:rPr>
              <w:t>Est1 - Est2</w:t>
            </w:r>
          </w:p>
        </w:tc>
      </w:tr>
      <w:tr w:rsidR="00BE52EF" w14:paraId="4B801C5B" w14:textId="77777777">
        <w:trPr>
          <w:jc w:val="center"/>
        </w:trPr>
        <w:tc>
          <w:tcPr>
            <w:tcW w:w="4252" w:type="dxa"/>
            <w:shd w:val="clear" w:color="auto" w:fill="EEF2F7"/>
          </w:tcPr>
          <w:p w14:paraId="532ED3FB" w14:textId="77777777" w:rsidR="00BE52EF" w:rsidRDefault="00000000">
            <w:pPr>
              <w:spacing w:after="40"/>
            </w:pPr>
            <w:r>
              <w:rPr>
                <w:sz w:val="20"/>
              </w:rPr>
              <w:t>Est1 JOIN Est2 ON Est1.id=Est2.id</w:t>
            </w:r>
          </w:p>
        </w:tc>
        <w:tc>
          <w:tcPr>
            <w:tcW w:w="4535" w:type="dxa"/>
            <w:shd w:val="clear" w:color="auto" w:fill="EEF2F7"/>
          </w:tcPr>
          <w:p w14:paraId="4687316E" w14:textId="77777777" w:rsidR="00BE52EF" w:rsidRDefault="00000000">
            <w:pPr>
              <w:spacing w:after="40"/>
            </w:pPr>
            <w:r>
              <w:rPr>
                <w:sz w:val="20"/>
              </w:rPr>
              <w:t>Est1 bowtie Est2</w:t>
            </w:r>
          </w:p>
        </w:tc>
      </w:tr>
    </w:tbl>
    <w:p w14:paraId="0CCCAF45" w14:textId="77777777" w:rsidR="00BE52EF" w:rsidRDefault="00BE52EF">
      <w:pPr>
        <w:spacing w:after="40"/>
      </w:pPr>
    </w:p>
    <w:p w14:paraId="236CA63C" w14:textId="77777777" w:rsidR="00BE52EF" w:rsidRDefault="00000000">
      <w:pPr>
        <w:spacing w:before="240" w:after="80"/>
      </w:pPr>
      <w:r>
        <w:rPr>
          <w:b/>
          <w:color w:val="2E5C8A"/>
          <w:sz w:val="26"/>
        </w:rPr>
        <w:t>Ejercicio 5 - Identificar la operacion</w:t>
      </w:r>
    </w:p>
    <w:tbl>
      <w:tblPr>
        <w:tblW w:w="0" w:type="auto"/>
        <w:jc w:val="center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ook w:val="04A0" w:firstRow="1" w:lastRow="0" w:firstColumn="1" w:lastColumn="0" w:noHBand="0" w:noVBand="1"/>
      </w:tblPr>
      <w:tblGrid>
        <w:gridCol w:w="5953"/>
        <w:gridCol w:w="2835"/>
      </w:tblGrid>
      <w:tr w:rsidR="00BE52EF" w14:paraId="3E863ED6" w14:textId="77777777">
        <w:trPr>
          <w:jc w:val="center"/>
        </w:trPr>
        <w:tc>
          <w:tcPr>
            <w:tcW w:w="5953" w:type="dxa"/>
            <w:shd w:val="clear" w:color="auto" w:fill="1F3A5F"/>
          </w:tcPr>
          <w:p w14:paraId="1A32202B" w14:textId="77777777" w:rsidR="00BE52EF" w:rsidRDefault="00000000">
            <w:r>
              <w:rPr>
                <w:b/>
                <w:color w:val="FFFFFF"/>
                <w:sz w:val="20"/>
              </w:rPr>
              <w:t>Enunciado en palabras</w:t>
            </w:r>
          </w:p>
        </w:tc>
        <w:tc>
          <w:tcPr>
            <w:tcW w:w="2835" w:type="dxa"/>
            <w:shd w:val="clear" w:color="auto" w:fill="1F3A5F"/>
          </w:tcPr>
          <w:p w14:paraId="1008D955" w14:textId="77777777" w:rsidR="00BE52EF" w:rsidRDefault="00000000">
            <w:r>
              <w:rPr>
                <w:b/>
                <w:color w:val="FFFFFF"/>
                <w:sz w:val="20"/>
              </w:rPr>
              <w:t>Operacion</w:t>
            </w:r>
          </w:p>
        </w:tc>
      </w:tr>
      <w:tr w:rsidR="00BE52EF" w14:paraId="440D6CBD" w14:textId="77777777">
        <w:trPr>
          <w:jc w:val="center"/>
        </w:trPr>
        <w:tc>
          <w:tcPr>
            <w:tcW w:w="5953" w:type="dxa"/>
          </w:tcPr>
          <w:p w14:paraId="3F2570FB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Filas cuyo valor cumple una condicion</w:t>
            </w:r>
          </w:p>
        </w:tc>
        <w:tc>
          <w:tcPr>
            <w:tcW w:w="2835" w:type="dxa"/>
          </w:tcPr>
          <w:p w14:paraId="1A6C33D7" w14:textId="77777777" w:rsidR="00BE52EF" w:rsidRDefault="00000000">
            <w:pPr>
              <w:spacing w:after="40"/>
            </w:pPr>
            <w:r>
              <w:rPr>
                <w:sz w:val="20"/>
              </w:rPr>
              <w:t>Seleccion (sigma)</w:t>
            </w:r>
          </w:p>
        </w:tc>
      </w:tr>
      <w:tr w:rsidR="00BE52EF" w14:paraId="178370B3" w14:textId="77777777">
        <w:trPr>
          <w:jc w:val="center"/>
        </w:trPr>
        <w:tc>
          <w:tcPr>
            <w:tcW w:w="5953" w:type="dxa"/>
            <w:shd w:val="clear" w:color="auto" w:fill="EEF2F7"/>
          </w:tcPr>
          <w:p w14:paraId="521159E3" w14:textId="77777777" w:rsidR="00BE52EF" w:rsidRDefault="00000000">
            <w:pPr>
              <w:spacing w:after="40"/>
            </w:pPr>
            <w:r>
              <w:rPr>
                <w:sz w:val="20"/>
              </w:rPr>
              <w:t>Solo ciertas columnas</w:t>
            </w:r>
          </w:p>
        </w:tc>
        <w:tc>
          <w:tcPr>
            <w:tcW w:w="2835" w:type="dxa"/>
            <w:shd w:val="clear" w:color="auto" w:fill="EEF2F7"/>
          </w:tcPr>
          <w:p w14:paraId="7EB24163" w14:textId="77777777" w:rsidR="00BE52EF" w:rsidRDefault="00000000">
            <w:pPr>
              <w:spacing w:after="40"/>
            </w:pPr>
            <w:r>
              <w:rPr>
                <w:sz w:val="20"/>
              </w:rPr>
              <w:t>Proyeccion (pi)</w:t>
            </w:r>
          </w:p>
        </w:tc>
      </w:tr>
      <w:tr w:rsidR="00BE52EF" w14:paraId="5DDF9087" w14:textId="77777777">
        <w:trPr>
          <w:jc w:val="center"/>
        </w:trPr>
        <w:tc>
          <w:tcPr>
            <w:tcW w:w="5953" w:type="dxa"/>
          </w:tcPr>
          <w:p w14:paraId="28872EB6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Todos los registros de A y de B, sin repetir</w:t>
            </w:r>
          </w:p>
        </w:tc>
        <w:tc>
          <w:tcPr>
            <w:tcW w:w="2835" w:type="dxa"/>
          </w:tcPr>
          <w:p w14:paraId="6517D1FC" w14:textId="77777777" w:rsidR="00BE52EF" w:rsidRDefault="00000000">
            <w:pPr>
              <w:spacing w:after="40"/>
            </w:pPr>
            <w:r>
              <w:rPr>
                <w:sz w:val="20"/>
              </w:rPr>
              <w:t>Union</w:t>
            </w:r>
          </w:p>
        </w:tc>
      </w:tr>
      <w:tr w:rsidR="00BE52EF" w14:paraId="11B2F82A" w14:textId="77777777">
        <w:trPr>
          <w:jc w:val="center"/>
        </w:trPr>
        <w:tc>
          <w:tcPr>
            <w:tcW w:w="5953" w:type="dxa"/>
            <w:shd w:val="clear" w:color="auto" w:fill="EEF2F7"/>
          </w:tcPr>
          <w:p w14:paraId="64B87F08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Registros que estan en A y tambien en B</w:t>
            </w:r>
          </w:p>
        </w:tc>
        <w:tc>
          <w:tcPr>
            <w:tcW w:w="2835" w:type="dxa"/>
            <w:shd w:val="clear" w:color="auto" w:fill="EEF2F7"/>
          </w:tcPr>
          <w:p w14:paraId="14EE36A4" w14:textId="77777777" w:rsidR="00BE52EF" w:rsidRDefault="00000000">
            <w:pPr>
              <w:spacing w:after="40"/>
            </w:pPr>
            <w:r>
              <w:rPr>
                <w:sz w:val="20"/>
              </w:rPr>
              <w:t>Interseccion</w:t>
            </w:r>
          </w:p>
        </w:tc>
      </w:tr>
      <w:tr w:rsidR="00BE52EF" w14:paraId="2D2C8895" w14:textId="77777777">
        <w:trPr>
          <w:jc w:val="center"/>
        </w:trPr>
        <w:tc>
          <w:tcPr>
            <w:tcW w:w="5953" w:type="dxa"/>
          </w:tcPr>
          <w:p w14:paraId="19E71AC8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Registros de A que no estan en B</w:t>
            </w:r>
          </w:p>
        </w:tc>
        <w:tc>
          <w:tcPr>
            <w:tcW w:w="2835" w:type="dxa"/>
          </w:tcPr>
          <w:p w14:paraId="51FB34FC" w14:textId="77777777" w:rsidR="00BE52EF" w:rsidRDefault="00000000">
            <w:pPr>
              <w:spacing w:after="40"/>
            </w:pPr>
            <w:r>
              <w:rPr>
                <w:sz w:val="20"/>
              </w:rPr>
              <w:t>Diferencia</w:t>
            </w:r>
          </w:p>
        </w:tc>
      </w:tr>
      <w:tr w:rsidR="00BE52EF" w14:paraId="02582E01" w14:textId="77777777">
        <w:trPr>
          <w:jc w:val="center"/>
        </w:trPr>
        <w:tc>
          <w:tcPr>
            <w:tcW w:w="5953" w:type="dxa"/>
            <w:shd w:val="clear" w:color="auto" w:fill="EEF2F7"/>
          </w:tcPr>
          <w:p w14:paraId="20807839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Cada fila de A junto a cada fila de B</w:t>
            </w:r>
          </w:p>
        </w:tc>
        <w:tc>
          <w:tcPr>
            <w:tcW w:w="2835" w:type="dxa"/>
            <w:shd w:val="clear" w:color="auto" w:fill="EEF2F7"/>
          </w:tcPr>
          <w:p w14:paraId="7B90F01B" w14:textId="77777777" w:rsidR="00BE52EF" w:rsidRDefault="00000000">
            <w:pPr>
              <w:spacing w:after="40"/>
            </w:pPr>
            <w:r>
              <w:rPr>
                <w:sz w:val="20"/>
              </w:rPr>
              <w:t>Producto cartesiano</w:t>
            </w:r>
          </w:p>
        </w:tc>
      </w:tr>
      <w:tr w:rsidR="00BE52EF" w14:paraId="028340BD" w14:textId="77777777">
        <w:trPr>
          <w:jc w:val="center"/>
        </w:trPr>
        <w:tc>
          <w:tcPr>
            <w:tcW w:w="5953" w:type="dxa"/>
          </w:tcPr>
          <w:p w14:paraId="0BE988F3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Cambiar el nombre de una tabla o atributo</w:t>
            </w:r>
          </w:p>
        </w:tc>
        <w:tc>
          <w:tcPr>
            <w:tcW w:w="2835" w:type="dxa"/>
          </w:tcPr>
          <w:p w14:paraId="193788AE" w14:textId="77777777" w:rsidR="00BE52EF" w:rsidRDefault="00000000">
            <w:pPr>
              <w:spacing w:after="40"/>
            </w:pPr>
            <w:r>
              <w:rPr>
                <w:sz w:val="20"/>
              </w:rPr>
              <w:t>Renombramiento (rho)</w:t>
            </w:r>
          </w:p>
        </w:tc>
      </w:tr>
      <w:tr w:rsidR="00BE52EF" w14:paraId="727D801C" w14:textId="77777777">
        <w:trPr>
          <w:jc w:val="center"/>
        </w:trPr>
        <w:tc>
          <w:tcPr>
            <w:tcW w:w="5953" w:type="dxa"/>
            <w:shd w:val="clear" w:color="auto" w:fill="EEF2F7"/>
          </w:tcPr>
          <w:p w14:paraId="00574C79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Combinar por el atributo comun</w:t>
            </w:r>
          </w:p>
        </w:tc>
        <w:tc>
          <w:tcPr>
            <w:tcW w:w="2835" w:type="dxa"/>
            <w:shd w:val="clear" w:color="auto" w:fill="EEF2F7"/>
          </w:tcPr>
          <w:p w14:paraId="301D6376" w14:textId="77777777" w:rsidR="00BE52EF" w:rsidRDefault="00000000">
            <w:pPr>
              <w:spacing w:after="40"/>
            </w:pPr>
            <w:r>
              <w:rPr>
                <w:sz w:val="20"/>
              </w:rPr>
              <w:t>Reunion natural (join)</w:t>
            </w:r>
          </w:p>
        </w:tc>
      </w:tr>
      <w:tr w:rsidR="00BE52EF" w14:paraId="2839A0C4" w14:textId="77777777">
        <w:trPr>
          <w:jc w:val="center"/>
        </w:trPr>
        <w:tc>
          <w:tcPr>
            <w:tcW w:w="5953" w:type="dxa"/>
          </w:tcPr>
          <w:p w14:paraId="53A8AD17" w14:textId="77777777" w:rsidR="00BE52EF" w:rsidRPr="007D1610" w:rsidRDefault="00000000">
            <w:pPr>
              <w:spacing w:after="40"/>
              <w:rPr>
                <w:lang w:val="es-PA"/>
              </w:rPr>
            </w:pPr>
            <w:r w:rsidRPr="007D1610">
              <w:rPr>
                <w:sz w:val="20"/>
                <w:lang w:val="es-PA"/>
              </w:rPr>
              <w:t>Quien cumple con TODOS los elementos</w:t>
            </w:r>
          </w:p>
        </w:tc>
        <w:tc>
          <w:tcPr>
            <w:tcW w:w="2835" w:type="dxa"/>
          </w:tcPr>
          <w:p w14:paraId="090537C8" w14:textId="77777777" w:rsidR="00BE52EF" w:rsidRDefault="00000000">
            <w:pPr>
              <w:spacing w:after="40"/>
            </w:pPr>
            <w:r>
              <w:rPr>
                <w:sz w:val="20"/>
              </w:rPr>
              <w:t>Division</w:t>
            </w:r>
          </w:p>
        </w:tc>
      </w:tr>
    </w:tbl>
    <w:p w14:paraId="45D94004" w14:textId="77777777" w:rsidR="00BE52EF" w:rsidRDefault="00BE52EF">
      <w:pPr>
        <w:spacing w:after="40"/>
      </w:pPr>
    </w:p>
    <w:p w14:paraId="3A79B7DD" w14:textId="77777777" w:rsidR="00BE52EF" w:rsidRDefault="00000000">
      <w:r>
        <w:br w:type="page"/>
      </w:r>
    </w:p>
    <w:p w14:paraId="6A8F6E07" w14:textId="77777777" w:rsidR="00BE52EF" w:rsidRPr="007D1610" w:rsidRDefault="00000000">
      <w:pPr>
        <w:spacing w:before="360" w:after="160"/>
        <w:rPr>
          <w:lang w:val="es-PA"/>
        </w:rPr>
      </w:pPr>
      <w:r w:rsidRPr="007D1610">
        <w:rPr>
          <w:b/>
          <w:color w:val="1F3A5F"/>
          <w:sz w:val="32"/>
          <w:lang w:val="es-PA"/>
        </w:rPr>
        <w:lastRenderedPageBreak/>
        <w:t>PARTE 4 - BANCO DE PREGUNTAS (16 preguntas)</w:t>
      </w:r>
    </w:p>
    <w:p w14:paraId="1B7CED18" w14:textId="77777777" w:rsidR="00BE52EF" w:rsidRPr="007D1610" w:rsidRDefault="00000000">
      <w:pPr>
        <w:spacing w:before="200" w:after="60"/>
        <w:rPr>
          <w:lang w:val="es-PA"/>
        </w:rPr>
      </w:pPr>
      <w:r w:rsidRPr="007D1610">
        <w:rPr>
          <w:b/>
          <w:color w:val="1F3A5F"/>
          <w:lang w:val="es-PA"/>
        </w:rPr>
        <w:t>1. Diferencia entre esquema e instancia de una relacion.</w:t>
      </w:r>
    </w:p>
    <w:p w14:paraId="22A07070" w14:textId="77777777" w:rsidR="00BE52EF" w:rsidRPr="007D1610" w:rsidRDefault="00000000">
      <w:pPr>
        <w:spacing w:after="40"/>
        <w:ind w:left="397"/>
        <w:rPr>
          <w:lang w:val="es-PA"/>
        </w:rPr>
      </w:pPr>
      <w:r w:rsidRPr="007D1610">
        <w:rPr>
          <w:b/>
          <w:color w:val="9C272D"/>
          <w:sz w:val="21"/>
          <w:lang w:val="es-PA"/>
        </w:rPr>
        <w:t xml:space="preserve">Respuesta: </w:t>
      </w:r>
      <w:r w:rsidRPr="007D1610">
        <w:rPr>
          <w:sz w:val="21"/>
          <w:lang w:val="es-PA"/>
        </w:rPr>
        <w:t>El esquema describe COMO estan organizados los datos (la estructura logica). La instancia son los datos que existen actualmente, en un momento determinado.</w:t>
      </w:r>
    </w:p>
    <w:p w14:paraId="00062D71" w14:textId="77777777" w:rsidR="00BE52EF" w:rsidRPr="007D1610" w:rsidRDefault="00000000">
      <w:pPr>
        <w:spacing w:before="200" w:after="60"/>
        <w:rPr>
          <w:lang w:val="es-PA"/>
        </w:rPr>
      </w:pPr>
      <w:r w:rsidRPr="007D1610">
        <w:rPr>
          <w:b/>
          <w:color w:val="1F3A5F"/>
          <w:lang w:val="es-PA"/>
        </w:rPr>
        <w:t>2. Diferencia entre grado y cardinalidad. Ejemplo con ESTUDIANTE.</w:t>
      </w:r>
    </w:p>
    <w:p w14:paraId="0809F6BC" w14:textId="77777777" w:rsidR="00BE52EF" w:rsidRPr="007D1610" w:rsidRDefault="00000000">
      <w:pPr>
        <w:spacing w:after="40"/>
        <w:ind w:left="397"/>
        <w:rPr>
          <w:lang w:val="es-PA"/>
        </w:rPr>
      </w:pPr>
      <w:r w:rsidRPr="007D1610">
        <w:rPr>
          <w:b/>
          <w:color w:val="9C272D"/>
          <w:sz w:val="21"/>
          <w:lang w:val="es-PA"/>
        </w:rPr>
        <w:t xml:space="preserve">Respuesta: </w:t>
      </w:r>
      <w:r w:rsidRPr="007D1610">
        <w:rPr>
          <w:sz w:val="21"/>
          <w:lang w:val="es-PA"/>
        </w:rPr>
        <w:t>El GRADO es la cantidad de ATRIBUTOS (columnas); la CARDINALIDAD es la cantidad de TUPLAS (filas). ESTUDIANTE(id, nombre, carrera, edad) tiene grado 4. Si tiene 100 registros, cardinalidad 100.</w:t>
      </w:r>
    </w:p>
    <w:p w14:paraId="014B43FF" w14:textId="77777777" w:rsidR="00BE52EF" w:rsidRPr="007D1610" w:rsidRDefault="00000000">
      <w:pPr>
        <w:spacing w:before="200" w:after="60"/>
        <w:rPr>
          <w:lang w:val="es-PA"/>
        </w:rPr>
      </w:pPr>
      <w:r w:rsidRPr="007D1610">
        <w:rPr>
          <w:b/>
          <w:color w:val="1F3A5F"/>
          <w:lang w:val="es-PA"/>
        </w:rPr>
        <w:t>3. Nombra los tres tipos de restricciones de integridad.</w:t>
      </w:r>
    </w:p>
    <w:p w14:paraId="3F7C4986" w14:textId="77777777" w:rsidR="00BE52EF" w:rsidRPr="007D1610" w:rsidRDefault="00000000">
      <w:pPr>
        <w:spacing w:after="40"/>
        <w:ind w:left="397"/>
        <w:rPr>
          <w:lang w:val="es-PA"/>
        </w:rPr>
      </w:pPr>
      <w:r w:rsidRPr="007D1610">
        <w:rPr>
          <w:b/>
          <w:color w:val="9C272D"/>
          <w:sz w:val="21"/>
          <w:lang w:val="es-PA"/>
        </w:rPr>
        <w:t xml:space="preserve">Respuesta: </w:t>
      </w:r>
      <w:r w:rsidRPr="007D1610">
        <w:rPr>
          <w:sz w:val="21"/>
          <w:lang w:val="es-PA"/>
        </w:rPr>
        <w:t>1) Integridad de dominio: los valores deben pertenecer a su dominio.</w:t>
      </w:r>
      <w:r w:rsidRPr="007D1610">
        <w:rPr>
          <w:sz w:val="21"/>
          <w:lang w:val="es-PA"/>
        </w:rPr>
        <w:br/>
        <w:t>2) Integridad de entidad: la PK identifica inequivocamente y no admite nulos.</w:t>
      </w:r>
      <w:r w:rsidRPr="007D1610">
        <w:rPr>
          <w:sz w:val="21"/>
          <w:lang w:val="es-PA"/>
        </w:rPr>
        <w:br/>
        <w:t>3) Integridad referencial: la FK debe referenciar un valor existente, salvo que se admita NULL.</w:t>
      </w:r>
    </w:p>
    <w:p w14:paraId="1E1D70B2" w14:textId="77777777" w:rsidR="00BE52EF" w:rsidRPr="007D1610" w:rsidRDefault="00000000">
      <w:pPr>
        <w:spacing w:before="200" w:after="60"/>
        <w:rPr>
          <w:lang w:val="es-PA"/>
        </w:rPr>
      </w:pPr>
      <w:r w:rsidRPr="007D1610">
        <w:rPr>
          <w:b/>
          <w:color w:val="1F3A5F"/>
          <w:lang w:val="es-PA"/>
        </w:rPr>
        <w:t>4. Diferencia entre superclave, clave candidata y clave primaria.</w:t>
      </w:r>
    </w:p>
    <w:p w14:paraId="6A790F63" w14:textId="77777777" w:rsidR="00BE52EF" w:rsidRPr="007D1610" w:rsidRDefault="00000000">
      <w:pPr>
        <w:spacing w:after="40"/>
        <w:ind w:left="397"/>
        <w:rPr>
          <w:lang w:val="es-PA"/>
        </w:rPr>
      </w:pPr>
      <w:r w:rsidRPr="007D1610">
        <w:rPr>
          <w:b/>
          <w:color w:val="9C272D"/>
          <w:sz w:val="21"/>
          <w:lang w:val="es-PA"/>
        </w:rPr>
        <w:t xml:space="preserve">Respuesta: </w:t>
      </w:r>
      <w:r w:rsidRPr="007D1610">
        <w:rPr>
          <w:sz w:val="21"/>
          <w:lang w:val="es-PA"/>
        </w:rPr>
        <w:t>Superclave: uno o varios atributos que identifican de forma unica una tupla. Clave candidata: la superclave MINIMA que aun identifica de forma unica. Clave primaria: la clave candidata que fue seleccionada oficialmente para identificar cada tupla.</w:t>
      </w:r>
    </w:p>
    <w:p w14:paraId="4150480B" w14:textId="77777777" w:rsidR="00BE52EF" w:rsidRPr="007D1610" w:rsidRDefault="00000000">
      <w:pPr>
        <w:spacing w:before="200" w:after="60"/>
        <w:rPr>
          <w:lang w:val="es-PA"/>
        </w:rPr>
      </w:pPr>
      <w:r w:rsidRPr="007D1610">
        <w:rPr>
          <w:b/>
          <w:color w:val="1F3A5F"/>
          <w:lang w:val="es-PA"/>
        </w:rPr>
        <w:t>5. Por que NULL no es igual a 0, "" ni espacio en blanco?</w:t>
      </w:r>
    </w:p>
    <w:p w14:paraId="3FE8AA3C" w14:textId="77777777" w:rsidR="00BE52EF" w:rsidRPr="007D1610" w:rsidRDefault="00000000">
      <w:pPr>
        <w:spacing w:after="40"/>
        <w:ind w:left="397"/>
        <w:rPr>
          <w:lang w:val="es-PA"/>
        </w:rPr>
      </w:pPr>
      <w:r w:rsidRPr="007D1610">
        <w:rPr>
          <w:b/>
          <w:color w:val="9C272D"/>
          <w:sz w:val="21"/>
          <w:lang w:val="es-PA"/>
        </w:rPr>
        <w:t xml:space="preserve">Respuesta: </w:t>
      </w:r>
      <w:r w:rsidRPr="007D1610">
        <w:rPr>
          <w:sz w:val="21"/>
          <w:lang w:val="es-PA"/>
        </w:rPr>
        <w:t>Porque NULL representa la AUSENCIA de un valor conocido o aplicable, mientras que 0, la cadena vacia o el espacio son VALORES reales que el sistema si puede almacenar y comparar.</w:t>
      </w:r>
    </w:p>
    <w:p w14:paraId="5BD78A46" w14:textId="77777777" w:rsidR="00BE52EF" w:rsidRPr="007D1610" w:rsidRDefault="00000000">
      <w:pPr>
        <w:spacing w:before="200" w:after="60"/>
        <w:rPr>
          <w:lang w:val="es-PA"/>
        </w:rPr>
      </w:pPr>
      <w:r w:rsidRPr="007D1610">
        <w:rPr>
          <w:b/>
          <w:color w:val="1F3A5F"/>
          <w:lang w:val="es-PA"/>
        </w:rPr>
        <w:t>6. Convierte la relacion N:M entre ESTUDIANTE y ASIGNATURA.</w:t>
      </w:r>
    </w:p>
    <w:p w14:paraId="76E08E65" w14:textId="77777777" w:rsidR="00BE52EF" w:rsidRPr="007D1610" w:rsidRDefault="00000000">
      <w:pPr>
        <w:spacing w:after="40"/>
        <w:ind w:left="397"/>
        <w:rPr>
          <w:lang w:val="es-PA"/>
        </w:rPr>
      </w:pPr>
      <w:r w:rsidRPr="007D1610">
        <w:rPr>
          <w:b/>
          <w:color w:val="9C272D"/>
          <w:sz w:val="21"/>
          <w:lang w:val="es-PA"/>
        </w:rPr>
        <w:t xml:space="preserve">Respuesta: </w:t>
      </w:r>
      <w:r w:rsidRPr="007D1610">
        <w:rPr>
          <w:sz w:val="21"/>
          <w:lang w:val="es-PA"/>
        </w:rPr>
        <w:t>Se introduce una relacion intermedia MATRICULA:</w:t>
      </w:r>
      <w:r w:rsidRPr="007D1610">
        <w:rPr>
          <w:sz w:val="21"/>
          <w:lang w:val="es-PA"/>
        </w:rPr>
        <w:br/>
        <w:t>ESTUDIANTE(id_estudiante PK, Nombre)</w:t>
      </w:r>
      <w:r w:rsidRPr="007D1610">
        <w:rPr>
          <w:sz w:val="21"/>
          <w:lang w:val="es-PA"/>
        </w:rPr>
        <w:br/>
        <w:t>ASIGNATURA(id_asignatura PK, Nombre)</w:t>
      </w:r>
      <w:r w:rsidRPr="007D1610">
        <w:rPr>
          <w:sz w:val="21"/>
          <w:lang w:val="es-PA"/>
        </w:rPr>
        <w:br/>
        <w:t>MATRICULA(id_estudiante PK/FK, id_asignatura PK/FK, semestre, nota)</w:t>
      </w:r>
    </w:p>
    <w:p w14:paraId="1FC3B945" w14:textId="77777777" w:rsidR="00BE52EF" w:rsidRPr="007D1610" w:rsidRDefault="00000000">
      <w:pPr>
        <w:spacing w:before="200" w:after="60"/>
        <w:rPr>
          <w:lang w:val="es-PA"/>
        </w:rPr>
      </w:pPr>
      <w:r w:rsidRPr="007D1610">
        <w:rPr>
          <w:b/>
          <w:color w:val="1F3A5F"/>
          <w:lang w:val="es-PA"/>
        </w:rPr>
        <w:t>7. Como se convierte una relacion 1:N?</w:t>
      </w:r>
    </w:p>
    <w:p w14:paraId="32A75A38" w14:textId="77777777" w:rsidR="00BE52EF" w:rsidRPr="007D1610" w:rsidRDefault="00000000">
      <w:pPr>
        <w:spacing w:after="40"/>
        <w:ind w:left="397"/>
        <w:rPr>
          <w:lang w:val="es-PA"/>
        </w:rPr>
      </w:pPr>
      <w:r w:rsidRPr="007D1610">
        <w:rPr>
          <w:b/>
          <w:color w:val="9C272D"/>
          <w:sz w:val="21"/>
          <w:lang w:val="es-PA"/>
        </w:rPr>
        <w:t xml:space="preserve">Respuesta: </w:t>
      </w:r>
      <w:r w:rsidRPr="007D1610">
        <w:rPr>
          <w:sz w:val="21"/>
          <w:lang w:val="es-PA"/>
        </w:rPr>
        <w:t>El identificador del lado 1 se coloca como clave foranea en el lado N.</w:t>
      </w:r>
      <w:r w:rsidRPr="007D1610">
        <w:rPr>
          <w:sz w:val="21"/>
          <w:lang w:val="es-PA"/>
        </w:rPr>
        <w:br/>
        <w:t>CARRERA(id_carrera PK, nombre)</w:t>
      </w:r>
      <w:r w:rsidRPr="007D1610">
        <w:rPr>
          <w:sz w:val="21"/>
          <w:lang w:val="es-PA"/>
        </w:rPr>
        <w:br/>
        <w:t>ESTUDIANTE(id_estudiante PK, nombre, id_carrera FK)</w:t>
      </w:r>
    </w:p>
    <w:p w14:paraId="593CDB20" w14:textId="77777777" w:rsidR="00BE52EF" w:rsidRPr="007D1610" w:rsidRDefault="00000000">
      <w:pPr>
        <w:spacing w:before="200" w:after="60"/>
        <w:rPr>
          <w:lang w:val="es-PA"/>
        </w:rPr>
      </w:pPr>
      <w:r w:rsidRPr="007D1610">
        <w:rPr>
          <w:b/>
          <w:color w:val="1F3A5F"/>
          <w:lang w:val="es-PA"/>
        </w:rPr>
        <w:t>8. Diferencia entre el modelo E-R y el modelo relacional.</w:t>
      </w:r>
    </w:p>
    <w:p w14:paraId="0EAF5117" w14:textId="77777777" w:rsidR="00BE52EF" w:rsidRPr="007D1610" w:rsidRDefault="00000000">
      <w:pPr>
        <w:spacing w:after="40"/>
        <w:ind w:left="397"/>
        <w:rPr>
          <w:lang w:val="es-PA"/>
        </w:rPr>
      </w:pPr>
      <w:r w:rsidRPr="007D1610">
        <w:rPr>
          <w:b/>
          <w:color w:val="9C272D"/>
          <w:sz w:val="21"/>
          <w:lang w:val="es-PA"/>
        </w:rPr>
        <w:t xml:space="preserve">Respuesta: </w:t>
      </w:r>
      <w:r w:rsidRPr="007D1610">
        <w:rPr>
          <w:sz w:val="21"/>
          <w:lang w:val="es-PA"/>
        </w:rPr>
        <w:t>El E-R es CONCEPTUAL (plano o boceto del mundo real), usa entidades, atributos y relaciones graficas con cardinalidad, y es totalmente independiente del software. El relacional es LOGICO (listo para un DBMS), usa tablas, filas, columnas, PK y FK, y resuelve las asociaciones mediante claves foraneas y tablas intermedias.</w:t>
      </w:r>
    </w:p>
    <w:p w14:paraId="76C6997F" w14:textId="77777777" w:rsidR="00BE52EF" w:rsidRPr="007D1610" w:rsidRDefault="00000000">
      <w:pPr>
        <w:spacing w:before="200" w:after="60"/>
        <w:rPr>
          <w:lang w:val="es-PA"/>
        </w:rPr>
      </w:pPr>
      <w:r w:rsidRPr="007D1610">
        <w:rPr>
          <w:b/>
          <w:color w:val="1F3A5F"/>
          <w:lang w:val="es-PA"/>
        </w:rPr>
        <w:t>9. Que es el Algebra Relacional y quien la propuso?</w:t>
      </w:r>
    </w:p>
    <w:p w14:paraId="3BFB9B8B" w14:textId="77777777" w:rsidR="00BE52EF" w:rsidRPr="007D1610" w:rsidRDefault="00000000">
      <w:pPr>
        <w:spacing w:after="40"/>
        <w:ind w:left="397"/>
        <w:rPr>
          <w:lang w:val="es-PA"/>
        </w:rPr>
      </w:pPr>
      <w:r w:rsidRPr="007D1610">
        <w:rPr>
          <w:b/>
          <w:color w:val="9C272D"/>
          <w:sz w:val="21"/>
          <w:lang w:val="es-PA"/>
        </w:rPr>
        <w:lastRenderedPageBreak/>
        <w:t xml:space="preserve">Respuesta: </w:t>
      </w:r>
      <w:r w:rsidRPr="007D1610">
        <w:rPr>
          <w:sz w:val="21"/>
          <w:lang w:val="es-PA"/>
        </w:rPr>
        <w:t>Es un lenguaje FORMAL y PROCEDIMENTAL de operaciones para consultar y manipular relaciones. Fue propuesta por Edgar F. Codd, creador del modelo relacional, y constituye la base teorica de SQL.</w:t>
      </w:r>
    </w:p>
    <w:p w14:paraId="3E8AE775" w14:textId="77777777" w:rsidR="00BE52EF" w:rsidRPr="007D1610" w:rsidRDefault="00000000">
      <w:pPr>
        <w:spacing w:before="200" w:after="60"/>
        <w:rPr>
          <w:lang w:val="es-PA"/>
        </w:rPr>
      </w:pPr>
      <w:r w:rsidRPr="007D1610">
        <w:rPr>
          <w:b/>
          <w:color w:val="1F3A5F"/>
          <w:lang w:val="es-PA"/>
        </w:rPr>
        <w:t>10. Menciona las nueve operaciones del Algebra Relacional.</w:t>
      </w:r>
    </w:p>
    <w:p w14:paraId="71DE43AD" w14:textId="77777777" w:rsidR="00BE52EF" w:rsidRPr="007D1610" w:rsidRDefault="00000000">
      <w:pPr>
        <w:spacing w:after="40"/>
        <w:ind w:left="397"/>
        <w:rPr>
          <w:lang w:val="es-PA"/>
        </w:rPr>
      </w:pPr>
      <w:r w:rsidRPr="007D1610">
        <w:rPr>
          <w:b/>
          <w:color w:val="9C272D"/>
          <w:sz w:val="21"/>
          <w:lang w:val="es-PA"/>
        </w:rPr>
        <w:t xml:space="preserve">Respuesta: </w:t>
      </w:r>
      <w:r w:rsidRPr="007D1610">
        <w:rPr>
          <w:sz w:val="21"/>
          <w:lang w:val="es-PA"/>
        </w:rPr>
        <w:t>Seleccion (sigma), Proyeccion (pi), Union, Interseccion, Diferencia, Producto cartesiano (x), Join/Reunion, Renombramiento (rho) y Division.</w:t>
      </w:r>
    </w:p>
    <w:p w14:paraId="76D72B52" w14:textId="77777777" w:rsidR="00BE52EF" w:rsidRPr="007D1610" w:rsidRDefault="00000000">
      <w:pPr>
        <w:spacing w:before="200" w:after="60"/>
        <w:rPr>
          <w:lang w:val="es-PA"/>
        </w:rPr>
      </w:pPr>
      <w:r w:rsidRPr="007D1610">
        <w:rPr>
          <w:b/>
          <w:color w:val="1F3A5F"/>
          <w:lang w:val="es-PA"/>
        </w:rPr>
        <w:t>11. Cual es la diferencia entre seleccion y proyeccion?</w:t>
      </w:r>
    </w:p>
    <w:p w14:paraId="37A5E326" w14:textId="77777777" w:rsidR="00BE52EF" w:rsidRPr="007D1610" w:rsidRDefault="00000000">
      <w:pPr>
        <w:spacing w:after="40"/>
        <w:ind w:left="397"/>
        <w:rPr>
          <w:lang w:val="es-PA"/>
        </w:rPr>
      </w:pPr>
      <w:r w:rsidRPr="007D1610">
        <w:rPr>
          <w:b/>
          <w:color w:val="9C272D"/>
          <w:sz w:val="21"/>
          <w:lang w:val="es-PA"/>
        </w:rPr>
        <w:t xml:space="preserve">Respuesta: </w:t>
      </w:r>
      <w:r w:rsidRPr="007D1610">
        <w:rPr>
          <w:sz w:val="21"/>
          <w:lang w:val="es-PA"/>
        </w:rPr>
        <w:t>La SELECCION (sigma) filtra FILAS (registros que cumplen una condicion) y equivale a WHERE. La PROYECCION (pi) filtra COLUMNAS (atributos especificos) y equivale a SELECT.</w:t>
      </w:r>
    </w:p>
    <w:p w14:paraId="7207F41B" w14:textId="77777777" w:rsidR="00BE52EF" w:rsidRPr="007D1610" w:rsidRDefault="00000000">
      <w:pPr>
        <w:spacing w:before="200" w:after="60"/>
        <w:rPr>
          <w:lang w:val="es-PA"/>
        </w:rPr>
      </w:pPr>
      <w:r w:rsidRPr="007D1610">
        <w:rPr>
          <w:b/>
          <w:color w:val="1F3A5F"/>
          <w:lang w:val="es-PA"/>
        </w:rPr>
        <w:t>12. Que produce el producto cartesiano?</w:t>
      </w:r>
    </w:p>
    <w:p w14:paraId="362C9EB4" w14:textId="77777777" w:rsidR="00BE52EF" w:rsidRPr="007D1610" w:rsidRDefault="00000000">
      <w:pPr>
        <w:spacing w:after="40"/>
        <w:ind w:left="397"/>
        <w:rPr>
          <w:lang w:val="es-PA"/>
        </w:rPr>
      </w:pPr>
      <w:r w:rsidRPr="007D1610">
        <w:rPr>
          <w:b/>
          <w:color w:val="9C272D"/>
          <w:sz w:val="21"/>
          <w:lang w:val="es-PA"/>
        </w:rPr>
        <w:t xml:space="preserve">Respuesta: </w:t>
      </w:r>
      <w:r w:rsidRPr="007D1610">
        <w:rPr>
          <w:sz w:val="21"/>
          <w:lang w:val="es-PA"/>
        </w:rPr>
        <w:t>Combina cada tupla de una relacion con cada tupla de otra. Por ejemplo Cursos x Docentes produce 4 combinaciones (2 cursos x 2 docentes). Se usa en la practica para combinar tablas que luego se conectan mediante un Join.</w:t>
      </w:r>
    </w:p>
    <w:p w14:paraId="68D132A2" w14:textId="77777777" w:rsidR="00BE52EF" w:rsidRPr="007D1610" w:rsidRDefault="00000000">
      <w:pPr>
        <w:spacing w:before="200" w:after="60"/>
        <w:rPr>
          <w:lang w:val="es-PA"/>
        </w:rPr>
      </w:pPr>
      <w:r w:rsidRPr="007D1610">
        <w:rPr>
          <w:b/>
          <w:color w:val="1F3A5F"/>
          <w:lang w:val="es-PA"/>
        </w:rPr>
        <w:t>13. Explica la operacion de division con el ejemplo de las asignaturas.</w:t>
      </w:r>
    </w:p>
    <w:p w14:paraId="3C90697D" w14:textId="77777777" w:rsidR="00BE52EF" w:rsidRPr="007D1610" w:rsidRDefault="00000000">
      <w:pPr>
        <w:spacing w:after="40"/>
        <w:ind w:left="397"/>
        <w:rPr>
          <w:lang w:val="es-PA"/>
        </w:rPr>
      </w:pPr>
      <w:r w:rsidRPr="007D1610">
        <w:rPr>
          <w:b/>
          <w:color w:val="9C272D"/>
          <w:sz w:val="21"/>
          <w:lang w:val="es-PA"/>
        </w:rPr>
        <w:t xml:space="preserve">Respuesta: </w:t>
      </w:r>
      <w:r w:rsidRPr="007D1610">
        <w:rPr>
          <w:sz w:val="21"/>
          <w:lang w:val="es-PA"/>
        </w:rPr>
        <w:t>Resuelve preguntas del tipo: Quien cumple con TODOS los elementos de determinado conjunto. Con APROBADA(id_estudiante, id_asignatura) y OBLIGATORIA(id_asignatura), la operacion APROBADA / OBLIGATORIA produce los estudiantes que aprobaron todas las asignaturas obligatorias.</w:t>
      </w:r>
    </w:p>
    <w:p w14:paraId="0B2BA4D3" w14:textId="77777777" w:rsidR="00BE52EF" w:rsidRPr="007D1610" w:rsidRDefault="00000000">
      <w:pPr>
        <w:spacing w:before="200" w:after="60"/>
        <w:rPr>
          <w:lang w:val="es-PA"/>
        </w:rPr>
      </w:pPr>
      <w:r w:rsidRPr="007D1610">
        <w:rPr>
          <w:b/>
          <w:color w:val="1F3A5F"/>
          <w:lang w:val="es-PA"/>
        </w:rPr>
        <w:t>14. Cuando es util el renombramiento (rho)?</w:t>
      </w:r>
    </w:p>
    <w:p w14:paraId="245EDFE9" w14:textId="77777777" w:rsidR="00BE52EF" w:rsidRPr="007D1610" w:rsidRDefault="00000000">
      <w:pPr>
        <w:spacing w:after="40"/>
        <w:ind w:left="397"/>
        <w:rPr>
          <w:lang w:val="es-PA"/>
        </w:rPr>
      </w:pPr>
      <w:r w:rsidRPr="007D1610">
        <w:rPr>
          <w:b/>
          <w:color w:val="9C272D"/>
          <w:sz w:val="21"/>
          <w:lang w:val="es-PA"/>
        </w:rPr>
        <w:t xml:space="preserve">Respuesta: </w:t>
      </w:r>
      <w:r w:rsidRPr="007D1610">
        <w:rPr>
          <w:sz w:val="21"/>
          <w:lang w:val="es-PA"/>
        </w:rPr>
        <w:t>Para simplificar expresiones, cuando una relacion participa VARIAS VECES en una misma operacion, y para resolver conflictos entre nombres de atributos.</w:t>
      </w:r>
    </w:p>
    <w:p w14:paraId="66C0BC64" w14:textId="77777777" w:rsidR="00BE52EF" w:rsidRPr="007D1610" w:rsidRDefault="00000000">
      <w:pPr>
        <w:spacing w:before="200" w:after="60"/>
        <w:rPr>
          <w:lang w:val="es-PA"/>
        </w:rPr>
      </w:pPr>
      <w:r w:rsidRPr="007D1610">
        <w:rPr>
          <w:b/>
          <w:color w:val="1F3A5F"/>
          <w:lang w:val="es-PA"/>
        </w:rPr>
        <w:t>15. Escribe el SQL equivalente de pi Nombre (sigma Carrera='Informatica' (Estudiantes)).</w:t>
      </w:r>
    </w:p>
    <w:p w14:paraId="0B0844DD" w14:textId="77777777" w:rsidR="00BE52EF" w:rsidRPr="007D1610" w:rsidRDefault="00000000">
      <w:pPr>
        <w:spacing w:after="40"/>
        <w:ind w:left="397"/>
        <w:rPr>
          <w:lang w:val="es-PA"/>
        </w:rPr>
      </w:pPr>
      <w:r w:rsidRPr="007D1610">
        <w:rPr>
          <w:b/>
          <w:color w:val="9C272D"/>
          <w:sz w:val="21"/>
          <w:lang w:val="es-PA"/>
        </w:rPr>
        <w:t xml:space="preserve">Respuesta: </w:t>
      </w:r>
      <w:r w:rsidRPr="007D1610">
        <w:rPr>
          <w:sz w:val="21"/>
          <w:lang w:val="es-PA"/>
        </w:rPr>
        <w:t>SELECT Nombre FROM Estudiantes WHERE Carrera = 'Informatica';</w:t>
      </w:r>
    </w:p>
    <w:p w14:paraId="5746816A" w14:textId="77777777" w:rsidR="00BE52EF" w:rsidRPr="007D1610" w:rsidRDefault="00000000">
      <w:pPr>
        <w:spacing w:before="200" w:after="60"/>
        <w:rPr>
          <w:lang w:val="es-PA"/>
        </w:rPr>
      </w:pPr>
      <w:r w:rsidRPr="007D1610">
        <w:rPr>
          <w:b/>
          <w:color w:val="1F3A5F"/>
          <w:lang w:val="es-PA"/>
        </w:rPr>
        <w:t>16. Por que una relacion N:M siempre necesita una tabla intermedia?</w:t>
      </w:r>
    </w:p>
    <w:p w14:paraId="46DFA303" w14:textId="77777777" w:rsidR="00BE52EF" w:rsidRPr="007D1610" w:rsidRDefault="00000000">
      <w:pPr>
        <w:spacing w:after="40"/>
        <w:ind w:left="397"/>
        <w:rPr>
          <w:lang w:val="es-PA"/>
        </w:rPr>
      </w:pPr>
      <w:r w:rsidRPr="007D1610">
        <w:rPr>
          <w:b/>
          <w:color w:val="9C272D"/>
          <w:sz w:val="21"/>
          <w:lang w:val="es-PA"/>
        </w:rPr>
        <w:t xml:space="preserve">Respuesta: </w:t>
      </w:r>
      <w:r w:rsidRPr="007D1610">
        <w:rPr>
          <w:sz w:val="21"/>
          <w:lang w:val="es-PA"/>
        </w:rPr>
        <w:t>Porque una clave foranea solo puede apuntar a la clave primaria de UNA relacion. Para vincular dos entidades de forma multiple se necesita una entidad asociativa que convierte el N:M en dos relaciones 1:N.</w:t>
      </w:r>
    </w:p>
    <w:p w14:paraId="0C7D8C53" w14:textId="77777777" w:rsidR="00BE52EF" w:rsidRPr="007D1610" w:rsidRDefault="00000000">
      <w:pPr>
        <w:rPr>
          <w:lang w:val="es-PA"/>
        </w:rPr>
      </w:pPr>
      <w:r w:rsidRPr="007D1610">
        <w:rPr>
          <w:lang w:val="es-PA"/>
        </w:rPr>
        <w:br w:type="page"/>
      </w:r>
    </w:p>
    <w:p w14:paraId="477D04A6" w14:textId="77777777" w:rsidR="00BE52EF" w:rsidRPr="007D1610" w:rsidRDefault="00000000">
      <w:pPr>
        <w:spacing w:before="360" w:after="160"/>
        <w:rPr>
          <w:lang w:val="es-PA"/>
        </w:rPr>
      </w:pPr>
      <w:r w:rsidRPr="007D1610">
        <w:rPr>
          <w:b/>
          <w:color w:val="1F3A5F"/>
          <w:sz w:val="32"/>
          <w:lang w:val="es-PA"/>
        </w:rPr>
        <w:lastRenderedPageBreak/>
        <w:t>PARTE 5 - CHEAT SHEET (repaso rapido de 5 minutos)</w:t>
      </w:r>
    </w:p>
    <w:p w14:paraId="22282C7F" w14:textId="77777777" w:rsidR="00BE52EF" w:rsidRDefault="00000000">
      <w:pPr>
        <w:spacing w:before="240" w:after="80"/>
      </w:pPr>
      <w:r>
        <w:rPr>
          <w:b/>
          <w:color w:val="2E5C8A"/>
          <w:sz w:val="26"/>
        </w:rPr>
        <w:t>Los 5 componentes de una relacion</w:t>
      </w:r>
    </w:p>
    <w:tbl>
      <w:tblPr>
        <w:tblW w:w="0" w:type="auto"/>
        <w:jc w:val="center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ook w:val="04A0" w:firstRow="1" w:lastRow="0" w:firstColumn="1" w:lastColumn="0" w:noHBand="0" w:noVBand="1"/>
      </w:tblPr>
      <w:tblGrid>
        <w:gridCol w:w="2268"/>
        <w:gridCol w:w="6520"/>
      </w:tblGrid>
      <w:tr w:rsidR="00BE52EF" w14:paraId="60F325EF" w14:textId="77777777">
        <w:trPr>
          <w:jc w:val="center"/>
        </w:trPr>
        <w:tc>
          <w:tcPr>
            <w:tcW w:w="2268" w:type="dxa"/>
            <w:shd w:val="clear" w:color="auto" w:fill="1F3A5F"/>
          </w:tcPr>
          <w:p w14:paraId="7A3FD5F5" w14:textId="77777777" w:rsidR="00BE52EF" w:rsidRDefault="00000000">
            <w:r>
              <w:rPr>
                <w:b/>
                <w:color w:val="FFFFFF"/>
                <w:sz w:val="20"/>
              </w:rPr>
              <w:t>Concepto</w:t>
            </w:r>
          </w:p>
        </w:tc>
        <w:tc>
          <w:tcPr>
            <w:tcW w:w="6520" w:type="dxa"/>
            <w:shd w:val="clear" w:color="auto" w:fill="1F3A5F"/>
          </w:tcPr>
          <w:p w14:paraId="7DFFFF54" w14:textId="77777777" w:rsidR="00BE52EF" w:rsidRDefault="00000000">
            <w:r>
              <w:rPr>
                <w:b/>
                <w:color w:val="FFFFFF"/>
                <w:sz w:val="20"/>
              </w:rPr>
              <w:t>Definicion corta</w:t>
            </w:r>
          </w:p>
        </w:tc>
      </w:tr>
      <w:tr w:rsidR="00BE52EF" w14:paraId="7A40D0B3" w14:textId="77777777">
        <w:trPr>
          <w:jc w:val="center"/>
        </w:trPr>
        <w:tc>
          <w:tcPr>
            <w:tcW w:w="2268" w:type="dxa"/>
          </w:tcPr>
          <w:p w14:paraId="6B033BBB" w14:textId="77777777" w:rsidR="00BE52EF" w:rsidRDefault="00000000">
            <w:pPr>
              <w:spacing w:after="40"/>
            </w:pPr>
            <w:r>
              <w:rPr>
                <w:sz w:val="20"/>
              </w:rPr>
              <w:t>Atributo</w:t>
            </w:r>
          </w:p>
        </w:tc>
        <w:tc>
          <w:tcPr>
            <w:tcW w:w="6520" w:type="dxa"/>
          </w:tcPr>
          <w:p w14:paraId="76176313" w14:textId="77777777" w:rsidR="00BE52EF" w:rsidRDefault="00000000">
            <w:pPr>
              <w:spacing w:after="40"/>
            </w:pPr>
            <w:r>
              <w:rPr>
                <w:sz w:val="20"/>
              </w:rPr>
              <w:t>Caracteristica / columna</w:t>
            </w:r>
          </w:p>
        </w:tc>
      </w:tr>
      <w:tr w:rsidR="00BE52EF" w14:paraId="2EF32F83" w14:textId="77777777">
        <w:trPr>
          <w:jc w:val="center"/>
        </w:trPr>
        <w:tc>
          <w:tcPr>
            <w:tcW w:w="2268" w:type="dxa"/>
            <w:shd w:val="clear" w:color="auto" w:fill="EEF2F7"/>
          </w:tcPr>
          <w:p w14:paraId="23936C86" w14:textId="77777777" w:rsidR="00BE52EF" w:rsidRDefault="00000000">
            <w:pPr>
              <w:spacing w:after="40"/>
            </w:pPr>
            <w:r>
              <w:rPr>
                <w:sz w:val="20"/>
              </w:rPr>
              <w:t>Tupla</w:t>
            </w:r>
          </w:p>
        </w:tc>
        <w:tc>
          <w:tcPr>
            <w:tcW w:w="6520" w:type="dxa"/>
            <w:shd w:val="clear" w:color="auto" w:fill="EEF2F7"/>
          </w:tcPr>
          <w:p w14:paraId="69B71024" w14:textId="77777777" w:rsidR="00BE52EF" w:rsidRDefault="00000000">
            <w:pPr>
              <w:spacing w:after="40"/>
            </w:pPr>
            <w:r>
              <w:rPr>
                <w:sz w:val="20"/>
              </w:rPr>
              <w:t>Registro / fila</w:t>
            </w:r>
          </w:p>
        </w:tc>
      </w:tr>
      <w:tr w:rsidR="00BE52EF" w14:paraId="0EF16666" w14:textId="77777777">
        <w:trPr>
          <w:jc w:val="center"/>
        </w:trPr>
        <w:tc>
          <w:tcPr>
            <w:tcW w:w="2268" w:type="dxa"/>
          </w:tcPr>
          <w:p w14:paraId="427286C9" w14:textId="77777777" w:rsidR="00BE52EF" w:rsidRDefault="00000000">
            <w:pPr>
              <w:spacing w:after="40"/>
            </w:pPr>
            <w:r>
              <w:rPr>
                <w:sz w:val="20"/>
              </w:rPr>
              <w:t>Dominio</w:t>
            </w:r>
          </w:p>
        </w:tc>
        <w:tc>
          <w:tcPr>
            <w:tcW w:w="6520" w:type="dxa"/>
          </w:tcPr>
          <w:p w14:paraId="3EA9B0D3" w14:textId="77777777" w:rsidR="00BE52EF" w:rsidRDefault="00000000">
            <w:pPr>
              <w:spacing w:after="40"/>
            </w:pPr>
            <w:r>
              <w:rPr>
                <w:sz w:val="20"/>
              </w:rPr>
              <w:t>Valores permitidos</w:t>
            </w:r>
          </w:p>
        </w:tc>
      </w:tr>
      <w:tr w:rsidR="00BE52EF" w14:paraId="6607F062" w14:textId="77777777">
        <w:trPr>
          <w:jc w:val="center"/>
        </w:trPr>
        <w:tc>
          <w:tcPr>
            <w:tcW w:w="2268" w:type="dxa"/>
            <w:shd w:val="clear" w:color="auto" w:fill="EEF2F7"/>
          </w:tcPr>
          <w:p w14:paraId="5DF1FF11" w14:textId="77777777" w:rsidR="00BE52EF" w:rsidRDefault="00000000">
            <w:pPr>
              <w:spacing w:after="40"/>
            </w:pPr>
            <w:r>
              <w:rPr>
                <w:sz w:val="20"/>
              </w:rPr>
              <w:t>Esquema</w:t>
            </w:r>
          </w:p>
        </w:tc>
        <w:tc>
          <w:tcPr>
            <w:tcW w:w="6520" w:type="dxa"/>
            <w:shd w:val="clear" w:color="auto" w:fill="EEF2F7"/>
          </w:tcPr>
          <w:p w14:paraId="27D308DE" w14:textId="77777777" w:rsidR="00BE52EF" w:rsidRDefault="00000000">
            <w:pPr>
              <w:spacing w:after="40"/>
            </w:pPr>
            <w:r>
              <w:rPr>
                <w:sz w:val="20"/>
              </w:rPr>
              <w:t>Estructura</w:t>
            </w:r>
          </w:p>
        </w:tc>
      </w:tr>
      <w:tr w:rsidR="00BE52EF" w14:paraId="017D983B" w14:textId="77777777">
        <w:trPr>
          <w:jc w:val="center"/>
        </w:trPr>
        <w:tc>
          <w:tcPr>
            <w:tcW w:w="2268" w:type="dxa"/>
          </w:tcPr>
          <w:p w14:paraId="599DC13B" w14:textId="77777777" w:rsidR="00BE52EF" w:rsidRDefault="00000000">
            <w:pPr>
              <w:spacing w:after="40"/>
            </w:pPr>
            <w:r>
              <w:rPr>
                <w:sz w:val="20"/>
              </w:rPr>
              <w:t>Instancia</w:t>
            </w:r>
          </w:p>
        </w:tc>
        <w:tc>
          <w:tcPr>
            <w:tcW w:w="6520" w:type="dxa"/>
          </w:tcPr>
          <w:p w14:paraId="140AE847" w14:textId="77777777" w:rsidR="00BE52EF" w:rsidRDefault="00000000">
            <w:pPr>
              <w:spacing w:after="40"/>
            </w:pPr>
            <w:r>
              <w:rPr>
                <w:sz w:val="20"/>
              </w:rPr>
              <w:t>Datos actuales</w:t>
            </w:r>
          </w:p>
        </w:tc>
      </w:tr>
    </w:tbl>
    <w:p w14:paraId="4A45B7E5" w14:textId="77777777" w:rsidR="00BE52EF" w:rsidRDefault="00BE52EF">
      <w:pPr>
        <w:spacing w:after="40"/>
      </w:pPr>
    </w:p>
    <w:p w14:paraId="6FACA953" w14:textId="77777777" w:rsidR="00BE52EF" w:rsidRDefault="00000000">
      <w:pPr>
        <w:spacing w:before="240" w:after="80"/>
      </w:pPr>
      <w:r>
        <w:rPr>
          <w:b/>
          <w:color w:val="2E5C8A"/>
          <w:sz w:val="26"/>
        </w:rPr>
        <w:t>Grado vs. Cardinalidad</w:t>
      </w:r>
    </w:p>
    <w:p w14:paraId="4DE8D85A" w14:textId="77777777" w:rsidR="00BE52EF" w:rsidRPr="007D1610" w:rsidRDefault="00000000">
      <w:pPr>
        <w:rPr>
          <w:lang w:val="es-PA"/>
        </w:rPr>
      </w:pPr>
      <w:r w:rsidRPr="007D1610">
        <w:rPr>
          <w:lang w:val="es-PA"/>
        </w:rPr>
        <w:t>GRADO = numero de atributos (columnas)  -&gt;  ESTUDIANTE tiene grado 4</w:t>
      </w:r>
    </w:p>
    <w:p w14:paraId="78C0D0A1" w14:textId="77777777" w:rsidR="00BE52EF" w:rsidRPr="007D1610" w:rsidRDefault="00000000">
      <w:pPr>
        <w:rPr>
          <w:lang w:val="es-PA"/>
        </w:rPr>
      </w:pPr>
      <w:r w:rsidRPr="007D1610">
        <w:rPr>
          <w:lang w:val="es-PA"/>
        </w:rPr>
        <w:t>CARDINALIDAD = numero de tuplas (filas)  -&gt;  100 registros = cardinalidad 100</w:t>
      </w:r>
    </w:p>
    <w:p w14:paraId="1810ABD3" w14:textId="77777777" w:rsidR="00BE52EF" w:rsidRDefault="00000000">
      <w:pPr>
        <w:spacing w:before="240" w:after="80"/>
      </w:pPr>
      <w:r>
        <w:rPr>
          <w:b/>
          <w:color w:val="2E5C8A"/>
          <w:sz w:val="26"/>
        </w:rPr>
        <w:t>Las tres_integridades</w:t>
      </w:r>
    </w:p>
    <w:p w14:paraId="529C7087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DOMINIO: el valor pertenece a su dominio (edad &gt;= 16)</w:t>
      </w:r>
    </w:p>
    <w:p w14:paraId="5695D1B2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ENTIDAD: la PK identifica de forma unica y NO admite nulos</w:t>
      </w:r>
    </w:p>
    <w:p w14:paraId="4C9A6DA9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REFERENCIAL: la FK apunta a un valor existente (salvo NULL permitido)</w:t>
      </w:r>
    </w:p>
    <w:p w14:paraId="5B6DB79F" w14:textId="77777777" w:rsidR="00BE52EF" w:rsidRPr="007D1610" w:rsidRDefault="00000000">
      <w:pPr>
        <w:spacing w:before="240" w:after="80"/>
        <w:rPr>
          <w:lang w:val="es-PA"/>
        </w:rPr>
      </w:pPr>
      <w:r w:rsidRPr="007D1610">
        <w:rPr>
          <w:b/>
          <w:color w:val="2E5C8A"/>
          <w:sz w:val="26"/>
          <w:lang w:val="es-PA"/>
        </w:rPr>
        <w:t>Cadena de claves</w:t>
      </w:r>
    </w:p>
    <w:p w14:paraId="1B2A36B1" w14:textId="77777777" w:rsidR="00BE52EF" w:rsidRPr="007D1610" w:rsidRDefault="00000000">
      <w:pPr>
        <w:rPr>
          <w:lang w:val="es-PA"/>
        </w:rPr>
      </w:pPr>
      <w:r w:rsidRPr="007D1610">
        <w:rPr>
          <w:lang w:val="es-PA"/>
        </w:rPr>
        <w:t>Superclave -&gt; Candidata (minima) -&gt; Primaria (elegida)</w:t>
      </w:r>
    </w:p>
    <w:p w14:paraId="3D80D54E" w14:textId="77777777" w:rsidR="00BE52EF" w:rsidRPr="007D1610" w:rsidRDefault="00000000">
      <w:pPr>
        <w:rPr>
          <w:lang w:val="es-PA"/>
        </w:rPr>
      </w:pPr>
      <w:r w:rsidRPr="007D1610">
        <w:rPr>
          <w:lang w:val="es-PA"/>
        </w:rPr>
        <w:t>Candidatas no elegidas = alternativas | 2+ atributos = compuesta | unen tablas = foranea</w:t>
      </w:r>
    </w:p>
    <w:p w14:paraId="1283E33C" w14:textId="77777777" w:rsidR="00BE52EF" w:rsidRPr="007D1610" w:rsidRDefault="00000000">
      <w:pPr>
        <w:spacing w:before="240" w:after="80"/>
        <w:rPr>
          <w:lang w:val="es-PA"/>
        </w:rPr>
      </w:pPr>
      <w:r w:rsidRPr="007D1610">
        <w:rPr>
          <w:b/>
          <w:color w:val="2E5C8A"/>
          <w:sz w:val="26"/>
          <w:lang w:val="es-PA"/>
        </w:rPr>
        <w:t>NULL</w:t>
      </w:r>
    </w:p>
    <w:p w14:paraId="68B13CBA" w14:textId="77777777" w:rsidR="00BE52EF" w:rsidRPr="007D1610" w:rsidRDefault="00000000">
      <w:pPr>
        <w:rPr>
          <w:lang w:val="es-PA"/>
        </w:rPr>
      </w:pPr>
      <w:r w:rsidRPr="007D1610">
        <w:rPr>
          <w:lang w:val="es-PA"/>
        </w:rPr>
        <w:t>NULL = ausencia de valor.  NULL != 0, NULL != "", NULL != espacio.</w:t>
      </w:r>
    </w:p>
    <w:p w14:paraId="727393CB" w14:textId="77777777" w:rsidR="00BE52EF" w:rsidRPr="007D1610" w:rsidRDefault="00000000">
      <w:pPr>
        <w:spacing w:before="240" w:after="80"/>
        <w:rPr>
          <w:lang w:val="es-PA"/>
        </w:rPr>
      </w:pPr>
      <w:r w:rsidRPr="007D1610">
        <w:rPr>
          <w:b/>
          <w:color w:val="2E5C8A"/>
          <w:sz w:val="26"/>
          <w:lang w:val="es-PA"/>
        </w:rPr>
        <w:t>Conversion ER -&gt; Relacional</w:t>
      </w:r>
    </w:p>
    <w:p w14:paraId="56F9C5FC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1:1 -&gt; la PK de un lado va como FK en el otro</w:t>
      </w:r>
    </w:p>
    <w:p w14:paraId="472D3C79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1:N -&gt; la PK del lado 1 va como FK en el lado N</w:t>
      </w:r>
    </w:p>
    <w:p w14:paraId="2D75C553" w14:textId="77777777" w:rsidR="00BE52EF" w:rsidRPr="007D1610" w:rsidRDefault="00000000">
      <w:pPr>
        <w:pStyle w:val="Listaconvietas"/>
        <w:spacing w:after="60"/>
        <w:ind w:left="425"/>
        <w:rPr>
          <w:lang w:val="es-PA"/>
        </w:rPr>
      </w:pPr>
      <w:r w:rsidRPr="007D1610">
        <w:rPr>
          <w:lang w:val="es-PA"/>
        </w:rPr>
        <w:t>N:M -&gt; se crea una TABLA INTERMEDIA con las dos PK como PK/FK</w:t>
      </w:r>
    </w:p>
    <w:p w14:paraId="1A1FD30D" w14:textId="77777777" w:rsidR="00BE52EF" w:rsidRDefault="00000000">
      <w:pPr>
        <w:spacing w:before="240" w:after="80"/>
      </w:pPr>
      <w:r>
        <w:rPr>
          <w:b/>
          <w:color w:val="2E5C8A"/>
          <w:sz w:val="26"/>
        </w:rPr>
        <w:t>Algebra Relacional - tabla de equivalencias</w:t>
      </w:r>
    </w:p>
    <w:tbl>
      <w:tblPr>
        <w:tblW w:w="0" w:type="auto"/>
        <w:jc w:val="center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ook w:val="04A0" w:firstRow="1" w:lastRow="0" w:firstColumn="1" w:lastColumn="0" w:noHBand="0" w:noVBand="1"/>
      </w:tblPr>
      <w:tblGrid>
        <w:gridCol w:w="1474"/>
        <w:gridCol w:w="2041"/>
        <w:gridCol w:w="3345"/>
        <w:gridCol w:w="1928"/>
      </w:tblGrid>
      <w:tr w:rsidR="00BE52EF" w14:paraId="4DF88612" w14:textId="77777777">
        <w:trPr>
          <w:jc w:val="center"/>
        </w:trPr>
        <w:tc>
          <w:tcPr>
            <w:tcW w:w="1474" w:type="dxa"/>
            <w:shd w:val="clear" w:color="auto" w:fill="1F3A5F"/>
          </w:tcPr>
          <w:p w14:paraId="51F061A7" w14:textId="77777777" w:rsidR="00BE52EF" w:rsidRDefault="00000000">
            <w:r>
              <w:rPr>
                <w:b/>
                <w:color w:val="FFFFFF"/>
                <w:sz w:val="20"/>
              </w:rPr>
              <w:t>Simbolo</w:t>
            </w:r>
          </w:p>
        </w:tc>
        <w:tc>
          <w:tcPr>
            <w:tcW w:w="2041" w:type="dxa"/>
            <w:shd w:val="clear" w:color="auto" w:fill="1F3A5F"/>
          </w:tcPr>
          <w:p w14:paraId="0DDF2BE6" w14:textId="77777777" w:rsidR="00BE52EF" w:rsidRDefault="00000000">
            <w:r>
              <w:rPr>
                <w:b/>
                <w:color w:val="FFFFFF"/>
                <w:sz w:val="20"/>
              </w:rPr>
              <w:t>Operacion</w:t>
            </w:r>
          </w:p>
        </w:tc>
        <w:tc>
          <w:tcPr>
            <w:tcW w:w="3345" w:type="dxa"/>
            <w:shd w:val="clear" w:color="auto" w:fill="1F3A5F"/>
          </w:tcPr>
          <w:p w14:paraId="45A3BD11" w14:textId="77777777" w:rsidR="00BE52EF" w:rsidRDefault="00000000">
            <w:r>
              <w:rPr>
                <w:b/>
                <w:color w:val="FFFFFF"/>
                <w:sz w:val="20"/>
              </w:rPr>
              <w:t>Que hace</w:t>
            </w:r>
          </w:p>
        </w:tc>
        <w:tc>
          <w:tcPr>
            <w:tcW w:w="1928" w:type="dxa"/>
            <w:shd w:val="clear" w:color="auto" w:fill="1F3A5F"/>
          </w:tcPr>
          <w:p w14:paraId="35991CF4" w14:textId="77777777" w:rsidR="00BE52EF" w:rsidRDefault="00000000">
            <w:r>
              <w:rPr>
                <w:b/>
                <w:color w:val="FFFFFF"/>
                <w:sz w:val="20"/>
              </w:rPr>
              <w:t>SQL</w:t>
            </w:r>
          </w:p>
        </w:tc>
      </w:tr>
      <w:tr w:rsidR="00BE52EF" w14:paraId="2E233C3D" w14:textId="77777777">
        <w:trPr>
          <w:jc w:val="center"/>
        </w:trPr>
        <w:tc>
          <w:tcPr>
            <w:tcW w:w="1474" w:type="dxa"/>
          </w:tcPr>
          <w:p w14:paraId="523C3AAD" w14:textId="77777777" w:rsidR="00BE52EF" w:rsidRDefault="00000000">
            <w:pPr>
              <w:spacing w:after="40"/>
            </w:pPr>
            <w:r>
              <w:rPr>
                <w:sz w:val="20"/>
              </w:rPr>
              <w:t>sigma</w:t>
            </w:r>
          </w:p>
        </w:tc>
        <w:tc>
          <w:tcPr>
            <w:tcW w:w="2041" w:type="dxa"/>
          </w:tcPr>
          <w:p w14:paraId="6BA3EC64" w14:textId="77777777" w:rsidR="00BE52EF" w:rsidRDefault="00000000">
            <w:pPr>
              <w:spacing w:after="40"/>
            </w:pPr>
            <w:r>
              <w:rPr>
                <w:sz w:val="20"/>
              </w:rPr>
              <w:t>Seleccion</w:t>
            </w:r>
          </w:p>
        </w:tc>
        <w:tc>
          <w:tcPr>
            <w:tcW w:w="3345" w:type="dxa"/>
          </w:tcPr>
          <w:p w14:paraId="0AB0A79A" w14:textId="77777777" w:rsidR="00BE52EF" w:rsidRDefault="00000000">
            <w:pPr>
              <w:spacing w:after="40"/>
            </w:pPr>
            <w:r>
              <w:rPr>
                <w:sz w:val="20"/>
              </w:rPr>
              <w:t>Filtra filas</w:t>
            </w:r>
          </w:p>
        </w:tc>
        <w:tc>
          <w:tcPr>
            <w:tcW w:w="1928" w:type="dxa"/>
          </w:tcPr>
          <w:p w14:paraId="361A6862" w14:textId="77777777" w:rsidR="00BE52EF" w:rsidRDefault="00000000">
            <w:pPr>
              <w:spacing w:after="40"/>
            </w:pPr>
            <w:r>
              <w:rPr>
                <w:sz w:val="20"/>
              </w:rPr>
              <w:t>WHERE</w:t>
            </w:r>
          </w:p>
        </w:tc>
      </w:tr>
      <w:tr w:rsidR="00BE52EF" w14:paraId="069F6019" w14:textId="77777777">
        <w:trPr>
          <w:jc w:val="center"/>
        </w:trPr>
        <w:tc>
          <w:tcPr>
            <w:tcW w:w="1474" w:type="dxa"/>
            <w:shd w:val="clear" w:color="auto" w:fill="EEF2F7"/>
          </w:tcPr>
          <w:p w14:paraId="18CAB253" w14:textId="77777777" w:rsidR="00BE52EF" w:rsidRDefault="00000000">
            <w:pPr>
              <w:spacing w:after="40"/>
            </w:pPr>
            <w:r>
              <w:rPr>
                <w:sz w:val="20"/>
              </w:rPr>
              <w:t>pi</w:t>
            </w:r>
          </w:p>
        </w:tc>
        <w:tc>
          <w:tcPr>
            <w:tcW w:w="2041" w:type="dxa"/>
            <w:shd w:val="clear" w:color="auto" w:fill="EEF2F7"/>
          </w:tcPr>
          <w:p w14:paraId="3327DC8A" w14:textId="77777777" w:rsidR="00BE52EF" w:rsidRDefault="00000000">
            <w:pPr>
              <w:spacing w:after="40"/>
            </w:pPr>
            <w:r>
              <w:rPr>
                <w:sz w:val="20"/>
              </w:rPr>
              <w:t>Proyeccion</w:t>
            </w:r>
          </w:p>
        </w:tc>
        <w:tc>
          <w:tcPr>
            <w:tcW w:w="3345" w:type="dxa"/>
            <w:shd w:val="clear" w:color="auto" w:fill="EEF2F7"/>
          </w:tcPr>
          <w:p w14:paraId="1B44716D" w14:textId="77777777" w:rsidR="00BE52EF" w:rsidRDefault="00000000">
            <w:pPr>
              <w:spacing w:after="40"/>
            </w:pPr>
            <w:r>
              <w:rPr>
                <w:sz w:val="20"/>
              </w:rPr>
              <w:t>Filtra columnas</w:t>
            </w:r>
          </w:p>
        </w:tc>
        <w:tc>
          <w:tcPr>
            <w:tcW w:w="1928" w:type="dxa"/>
            <w:shd w:val="clear" w:color="auto" w:fill="EEF2F7"/>
          </w:tcPr>
          <w:p w14:paraId="2BC02D87" w14:textId="77777777" w:rsidR="00BE52EF" w:rsidRDefault="00000000">
            <w:pPr>
              <w:spacing w:after="40"/>
            </w:pPr>
            <w:r>
              <w:rPr>
                <w:sz w:val="20"/>
              </w:rPr>
              <w:t>SELECT</w:t>
            </w:r>
          </w:p>
        </w:tc>
      </w:tr>
      <w:tr w:rsidR="00BE52EF" w14:paraId="1BC29073" w14:textId="77777777">
        <w:trPr>
          <w:jc w:val="center"/>
        </w:trPr>
        <w:tc>
          <w:tcPr>
            <w:tcW w:w="1474" w:type="dxa"/>
          </w:tcPr>
          <w:p w14:paraId="2B366092" w14:textId="77777777" w:rsidR="00BE52EF" w:rsidRDefault="00000000">
            <w:pPr>
              <w:spacing w:after="40"/>
            </w:pPr>
            <w:r>
              <w:rPr>
                <w:sz w:val="20"/>
              </w:rPr>
              <w:t>union</w:t>
            </w:r>
          </w:p>
        </w:tc>
        <w:tc>
          <w:tcPr>
            <w:tcW w:w="2041" w:type="dxa"/>
          </w:tcPr>
          <w:p w14:paraId="6023916F" w14:textId="77777777" w:rsidR="00BE52EF" w:rsidRDefault="00000000">
            <w:pPr>
              <w:spacing w:after="40"/>
            </w:pPr>
            <w:r>
              <w:rPr>
                <w:sz w:val="20"/>
              </w:rPr>
              <w:t>Union</w:t>
            </w:r>
          </w:p>
        </w:tc>
        <w:tc>
          <w:tcPr>
            <w:tcW w:w="3345" w:type="dxa"/>
          </w:tcPr>
          <w:p w14:paraId="4F8F4BB4" w14:textId="77777777" w:rsidR="00BE52EF" w:rsidRDefault="00000000">
            <w:pPr>
              <w:spacing w:after="40"/>
            </w:pPr>
            <w:r>
              <w:rPr>
                <w:sz w:val="20"/>
              </w:rPr>
              <w:t>Combina registros</w:t>
            </w:r>
          </w:p>
        </w:tc>
        <w:tc>
          <w:tcPr>
            <w:tcW w:w="1928" w:type="dxa"/>
          </w:tcPr>
          <w:p w14:paraId="4758264F" w14:textId="77777777" w:rsidR="00BE52EF" w:rsidRDefault="00000000">
            <w:pPr>
              <w:spacing w:after="40"/>
            </w:pPr>
            <w:r>
              <w:rPr>
                <w:sz w:val="20"/>
              </w:rPr>
              <w:t>UNION</w:t>
            </w:r>
          </w:p>
        </w:tc>
      </w:tr>
      <w:tr w:rsidR="00BE52EF" w14:paraId="089CE968" w14:textId="77777777">
        <w:trPr>
          <w:jc w:val="center"/>
        </w:trPr>
        <w:tc>
          <w:tcPr>
            <w:tcW w:w="1474" w:type="dxa"/>
            <w:shd w:val="clear" w:color="auto" w:fill="EEF2F7"/>
          </w:tcPr>
          <w:p w14:paraId="122C46E6" w14:textId="77777777" w:rsidR="00BE52EF" w:rsidRDefault="00000000">
            <w:pPr>
              <w:spacing w:after="40"/>
            </w:pPr>
            <w:r>
              <w:rPr>
                <w:sz w:val="20"/>
              </w:rPr>
              <w:t>interseccion</w:t>
            </w:r>
          </w:p>
        </w:tc>
        <w:tc>
          <w:tcPr>
            <w:tcW w:w="2041" w:type="dxa"/>
            <w:shd w:val="clear" w:color="auto" w:fill="EEF2F7"/>
          </w:tcPr>
          <w:p w14:paraId="47A8A518" w14:textId="77777777" w:rsidR="00BE52EF" w:rsidRDefault="00000000">
            <w:pPr>
              <w:spacing w:after="40"/>
            </w:pPr>
            <w:r>
              <w:rPr>
                <w:sz w:val="20"/>
              </w:rPr>
              <w:t>Interseccion</w:t>
            </w:r>
          </w:p>
        </w:tc>
        <w:tc>
          <w:tcPr>
            <w:tcW w:w="3345" w:type="dxa"/>
            <w:shd w:val="clear" w:color="auto" w:fill="EEF2F7"/>
          </w:tcPr>
          <w:p w14:paraId="2BD264C2" w14:textId="77777777" w:rsidR="00BE52EF" w:rsidRDefault="00000000">
            <w:pPr>
              <w:spacing w:after="40"/>
            </w:pPr>
            <w:r>
              <w:rPr>
                <w:sz w:val="20"/>
              </w:rPr>
              <w:t>Registros comunes</w:t>
            </w:r>
          </w:p>
        </w:tc>
        <w:tc>
          <w:tcPr>
            <w:tcW w:w="1928" w:type="dxa"/>
            <w:shd w:val="clear" w:color="auto" w:fill="EEF2F7"/>
          </w:tcPr>
          <w:p w14:paraId="4170348D" w14:textId="77777777" w:rsidR="00BE52EF" w:rsidRDefault="00000000">
            <w:pPr>
              <w:spacing w:after="40"/>
            </w:pPr>
            <w:r>
              <w:rPr>
                <w:sz w:val="20"/>
              </w:rPr>
              <w:t>INTERSECT</w:t>
            </w:r>
          </w:p>
        </w:tc>
      </w:tr>
      <w:tr w:rsidR="00BE52EF" w14:paraId="3E6647FB" w14:textId="77777777">
        <w:trPr>
          <w:jc w:val="center"/>
        </w:trPr>
        <w:tc>
          <w:tcPr>
            <w:tcW w:w="1474" w:type="dxa"/>
          </w:tcPr>
          <w:p w14:paraId="06B2E8A4" w14:textId="77777777" w:rsidR="00BE52EF" w:rsidRDefault="00000000">
            <w:pPr>
              <w:spacing w:after="40"/>
            </w:pPr>
            <w:r>
              <w:rPr>
                <w:sz w:val="20"/>
              </w:rPr>
              <w:lastRenderedPageBreak/>
              <w:t>guion</w:t>
            </w:r>
          </w:p>
        </w:tc>
        <w:tc>
          <w:tcPr>
            <w:tcW w:w="2041" w:type="dxa"/>
          </w:tcPr>
          <w:p w14:paraId="1893955A" w14:textId="77777777" w:rsidR="00BE52EF" w:rsidRDefault="00000000">
            <w:pPr>
              <w:spacing w:after="40"/>
            </w:pPr>
            <w:r>
              <w:rPr>
                <w:sz w:val="20"/>
              </w:rPr>
              <w:t>Diferencia</w:t>
            </w:r>
          </w:p>
        </w:tc>
        <w:tc>
          <w:tcPr>
            <w:tcW w:w="3345" w:type="dxa"/>
          </w:tcPr>
          <w:p w14:paraId="70D552E4" w14:textId="77777777" w:rsidR="00BE52EF" w:rsidRDefault="00000000">
            <w:pPr>
              <w:spacing w:after="40"/>
            </w:pPr>
            <w:r>
              <w:rPr>
                <w:sz w:val="20"/>
              </w:rPr>
              <w:t>Solo los de A</w:t>
            </w:r>
          </w:p>
        </w:tc>
        <w:tc>
          <w:tcPr>
            <w:tcW w:w="1928" w:type="dxa"/>
          </w:tcPr>
          <w:p w14:paraId="42D9F3AF" w14:textId="77777777" w:rsidR="00BE52EF" w:rsidRDefault="00000000">
            <w:pPr>
              <w:spacing w:after="40"/>
            </w:pPr>
            <w:r>
              <w:rPr>
                <w:sz w:val="20"/>
              </w:rPr>
              <w:t>EXCEPT</w:t>
            </w:r>
          </w:p>
        </w:tc>
      </w:tr>
      <w:tr w:rsidR="00BE52EF" w14:paraId="06947FEB" w14:textId="77777777">
        <w:trPr>
          <w:jc w:val="center"/>
        </w:trPr>
        <w:tc>
          <w:tcPr>
            <w:tcW w:w="1474" w:type="dxa"/>
            <w:shd w:val="clear" w:color="auto" w:fill="EEF2F7"/>
          </w:tcPr>
          <w:p w14:paraId="74E445FE" w14:textId="77777777" w:rsidR="00BE52EF" w:rsidRDefault="00000000">
            <w:pPr>
              <w:spacing w:after="40"/>
            </w:pPr>
            <w:r>
              <w:rPr>
                <w:sz w:val="20"/>
              </w:rPr>
              <w:t>x</w:t>
            </w:r>
          </w:p>
        </w:tc>
        <w:tc>
          <w:tcPr>
            <w:tcW w:w="2041" w:type="dxa"/>
            <w:shd w:val="clear" w:color="auto" w:fill="EEF2F7"/>
          </w:tcPr>
          <w:p w14:paraId="745E0AFF" w14:textId="77777777" w:rsidR="00BE52EF" w:rsidRDefault="00000000">
            <w:pPr>
              <w:spacing w:after="40"/>
            </w:pPr>
            <w:r>
              <w:rPr>
                <w:sz w:val="20"/>
              </w:rPr>
              <w:t>Producto cartesiano</w:t>
            </w:r>
          </w:p>
        </w:tc>
        <w:tc>
          <w:tcPr>
            <w:tcW w:w="3345" w:type="dxa"/>
            <w:shd w:val="clear" w:color="auto" w:fill="EEF2F7"/>
          </w:tcPr>
          <w:p w14:paraId="56D8BDDD" w14:textId="77777777" w:rsidR="00BE52EF" w:rsidRDefault="00000000">
            <w:pPr>
              <w:spacing w:after="40"/>
            </w:pPr>
            <w:r>
              <w:rPr>
                <w:sz w:val="20"/>
              </w:rPr>
              <w:t>Todas las combinaciones</w:t>
            </w:r>
          </w:p>
        </w:tc>
        <w:tc>
          <w:tcPr>
            <w:tcW w:w="1928" w:type="dxa"/>
            <w:shd w:val="clear" w:color="auto" w:fill="EEF2F7"/>
          </w:tcPr>
          <w:p w14:paraId="53F8B069" w14:textId="77777777" w:rsidR="00BE52EF" w:rsidRDefault="00000000">
            <w:pPr>
              <w:spacing w:after="40"/>
            </w:pPr>
            <w:r>
              <w:rPr>
                <w:sz w:val="20"/>
              </w:rPr>
              <w:t>---</w:t>
            </w:r>
          </w:p>
        </w:tc>
      </w:tr>
      <w:tr w:rsidR="00BE52EF" w14:paraId="2C2DE3E2" w14:textId="77777777">
        <w:trPr>
          <w:jc w:val="center"/>
        </w:trPr>
        <w:tc>
          <w:tcPr>
            <w:tcW w:w="1474" w:type="dxa"/>
          </w:tcPr>
          <w:p w14:paraId="09FC10B3" w14:textId="77777777" w:rsidR="00BE52EF" w:rsidRDefault="00000000">
            <w:pPr>
              <w:spacing w:after="40"/>
            </w:pPr>
            <w:r>
              <w:rPr>
                <w:sz w:val="20"/>
              </w:rPr>
              <w:t>bowtie</w:t>
            </w:r>
          </w:p>
        </w:tc>
        <w:tc>
          <w:tcPr>
            <w:tcW w:w="2041" w:type="dxa"/>
          </w:tcPr>
          <w:p w14:paraId="26194A97" w14:textId="77777777" w:rsidR="00BE52EF" w:rsidRDefault="00000000">
            <w:pPr>
              <w:spacing w:after="40"/>
            </w:pPr>
            <w:r>
              <w:rPr>
                <w:sz w:val="20"/>
              </w:rPr>
              <w:t>Join</w:t>
            </w:r>
          </w:p>
        </w:tc>
        <w:tc>
          <w:tcPr>
            <w:tcW w:w="3345" w:type="dxa"/>
          </w:tcPr>
          <w:p w14:paraId="334F5919" w14:textId="77777777" w:rsidR="00BE52EF" w:rsidRDefault="00000000">
            <w:pPr>
              <w:spacing w:after="40"/>
            </w:pPr>
            <w:r>
              <w:rPr>
                <w:sz w:val="20"/>
              </w:rPr>
              <w:t>Une por atributo comun</w:t>
            </w:r>
          </w:p>
        </w:tc>
        <w:tc>
          <w:tcPr>
            <w:tcW w:w="1928" w:type="dxa"/>
          </w:tcPr>
          <w:p w14:paraId="0619F08C" w14:textId="77777777" w:rsidR="00BE52EF" w:rsidRDefault="00000000">
            <w:pPr>
              <w:spacing w:after="40"/>
            </w:pPr>
            <w:r>
              <w:rPr>
                <w:sz w:val="20"/>
              </w:rPr>
              <w:t>JOIN</w:t>
            </w:r>
          </w:p>
        </w:tc>
      </w:tr>
      <w:tr w:rsidR="00BE52EF" w14:paraId="4363B397" w14:textId="77777777">
        <w:trPr>
          <w:jc w:val="center"/>
        </w:trPr>
        <w:tc>
          <w:tcPr>
            <w:tcW w:w="1474" w:type="dxa"/>
            <w:shd w:val="clear" w:color="auto" w:fill="EEF2F7"/>
          </w:tcPr>
          <w:p w14:paraId="778C1157" w14:textId="77777777" w:rsidR="00BE52EF" w:rsidRDefault="00000000">
            <w:pPr>
              <w:spacing w:after="40"/>
            </w:pPr>
            <w:r>
              <w:rPr>
                <w:sz w:val="20"/>
              </w:rPr>
              <w:t>rho</w:t>
            </w:r>
          </w:p>
        </w:tc>
        <w:tc>
          <w:tcPr>
            <w:tcW w:w="2041" w:type="dxa"/>
            <w:shd w:val="clear" w:color="auto" w:fill="EEF2F7"/>
          </w:tcPr>
          <w:p w14:paraId="5382384E" w14:textId="77777777" w:rsidR="00BE52EF" w:rsidRDefault="00000000">
            <w:pPr>
              <w:spacing w:after="40"/>
            </w:pPr>
            <w:r>
              <w:rPr>
                <w:sz w:val="20"/>
              </w:rPr>
              <w:t>Renombramiento</w:t>
            </w:r>
          </w:p>
        </w:tc>
        <w:tc>
          <w:tcPr>
            <w:tcW w:w="3345" w:type="dxa"/>
            <w:shd w:val="clear" w:color="auto" w:fill="EEF2F7"/>
          </w:tcPr>
          <w:p w14:paraId="45B6F25C" w14:textId="77777777" w:rsidR="00BE52EF" w:rsidRDefault="00000000">
            <w:pPr>
              <w:spacing w:after="40"/>
            </w:pPr>
            <w:r>
              <w:rPr>
                <w:sz w:val="20"/>
              </w:rPr>
              <w:t>Cambia nombre</w:t>
            </w:r>
          </w:p>
        </w:tc>
        <w:tc>
          <w:tcPr>
            <w:tcW w:w="1928" w:type="dxa"/>
            <w:shd w:val="clear" w:color="auto" w:fill="EEF2F7"/>
          </w:tcPr>
          <w:p w14:paraId="167C8E17" w14:textId="77777777" w:rsidR="00BE52EF" w:rsidRDefault="00000000">
            <w:pPr>
              <w:spacing w:after="40"/>
            </w:pPr>
            <w:r>
              <w:rPr>
                <w:sz w:val="20"/>
              </w:rPr>
              <w:t>AS</w:t>
            </w:r>
          </w:p>
        </w:tc>
      </w:tr>
      <w:tr w:rsidR="00BE52EF" w14:paraId="22768591" w14:textId="77777777">
        <w:trPr>
          <w:jc w:val="center"/>
        </w:trPr>
        <w:tc>
          <w:tcPr>
            <w:tcW w:w="1474" w:type="dxa"/>
          </w:tcPr>
          <w:p w14:paraId="62ED7A46" w14:textId="77777777" w:rsidR="00BE52EF" w:rsidRDefault="00000000">
            <w:pPr>
              <w:spacing w:after="40"/>
            </w:pPr>
            <w:r>
              <w:rPr>
                <w:sz w:val="20"/>
              </w:rPr>
              <w:t>division</w:t>
            </w:r>
          </w:p>
        </w:tc>
        <w:tc>
          <w:tcPr>
            <w:tcW w:w="2041" w:type="dxa"/>
          </w:tcPr>
          <w:p w14:paraId="4B78C824" w14:textId="77777777" w:rsidR="00BE52EF" w:rsidRDefault="00000000">
            <w:pPr>
              <w:spacing w:after="40"/>
            </w:pPr>
            <w:r>
              <w:rPr>
                <w:sz w:val="20"/>
              </w:rPr>
              <w:t>Division</w:t>
            </w:r>
          </w:p>
        </w:tc>
        <w:tc>
          <w:tcPr>
            <w:tcW w:w="3345" w:type="dxa"/>
          </w:tcPr>
          <w:p w14:paraId="73A2D874" w14:textId="77777777" w:rsidR="00BE52EF" w:rsidRDefault="00000000">
            <w:pPr>
              <w:spacing w:after="40"/>
            </w:pPr>
            <w:r>
              <w:rPr>
                <w:sz w:val="20"/>
              </w:rPr>
              <w:t>Cumple TODOS</w:t>
            </w:r>
          </w:p>
        </w:tc>
        <w:tc>
          <w:tcPr>
            <w:tcW w:w="1928" w:type="dxa"/>
          </w:tcPr>
          <w:p w14:paraId="4956D001" w14:textId="77777777" w:rsidR="00BE52EF" w:rsidRDefault="00000000">
            <w:pPr>
              <w:spacing w:after="40"/>
            </w:pPr>
            <w:r>
              <w:rPr>
                <w:sz w:val="20"/>
              </w:rPr>
              <w:t>---</w:t>
            </w:r>
          </w:p>
        </w:tc>
      </w:tr>
    </w:tbl>
    <w:p w14:paraId="37EEBEED" w14:textId="77777777" w:rsidR="00BE52EF" w:rsidRDefault="00BE52EF">
      <w:pPr>
        <w:spacing w:after="40"/>
      </w:pPr>
    </w:p>
    <w:p w14:paraId="5D1F6D3A" w14:textId="77777777" w:rsidR="00BE52EF" w:rsidRDefault="00000000">
      <w:pPr>
        <w:spacing w:before="240" w:after="80"/>
      </w:pPr>
      <w:r>
        <w:rPr>
          <w:b/>
          <w:color w:val="2E5C8A"/>
          <w:sz w:val="26"/>
        </w:rPr>
        <w:t>Diferencias E-R vs Relacional</w:t>
      </w:r>
    </w:p>
    <w:p w14:paraId="19AE2FD3" w14:textId="77777777" w:rsidR="00BE52EF" w:rsidRPr="007D1610" w:rsidRDefault="00000000">
      <w:pPr>
        <w:rPr>
          <w:lang w:val="es-PA"/>
        </w:rPr>
      </w:pPr>
      <w:r w:rsidRPr="007D1610">
        <w:rPr>
          <w:lang w:val="es-PA"/>
        </w:rPr>
        <w:t>E-R: CONCEPTUAL, entidades/atributos/relaciones, grafico, independiente del software.</w:t>
      </w:r>
    </w:p>
    <w:p w14:paraId="4A6D7EC1" w14:textId="77777777" w:rsidR="00BE52EF" w:rsidRPr="007D1610" w:rsidRDefault="00000000">
      <w:pPr>
        <w:rPr>
          <w:lang w:val="es-PA"/>
        </w:rPr>
      </w:pPr>
      <w:r w:rsidRPr="007D1610">
        <w:rPr>
          <w:lang w:val="es-PA"/>
        </w:rPr>
        <w:t>Relacional: LOGICO, tablas/filas/columnas, PK/FK, base de MySQL, PostgreSQL u Oracle.</w:t>
      </w:r>
    </w:p>
    <w:p w14:paraId="65A4886E" w14:textId="77777777" w:rsidR="00BE52EF" w:rsidRPr="007D1610" w:rsidRDefault="00000000">
      <w:pPr>
        <w:spacing w:before="240" w:after="80"/>
        <w:rPr>
          <w:lang w:val="es-PA"/>
        </w:rPr>
      </w:pPr>
      <w:r w:rsidRPr="007D1610">
        <w:rPr>
          <w:b/>
          <w:color w:val="2E5C8A"/>
          <w:sz w:val="26"/>
          <w:lang w:val="es-PA"/>
        </w:rPr>
        <w:t>La frase clave</w:t>
      </w:r>
    </w:p>
    <w:p w14:paraId="7412C763" w14:textId="77777777" w:rsidR="00BE52EF" w:rsidRPr="007D1610" w:rsidRDefault="00000000">
      <w:pPr>
        <w:spacing w:before="120" w:after="160"/>
        <w:ind w:left="227"/>
        <w:rPr>
          <w:lang w:val="es-PA"/>
        </w:rPr>
      </w:pPr>
      <w:r w:rsidRPr="007D1610">
        <w:rPr>
          <w:b/>
          <w:color w:val="9C272D"/>
          <w:sz w:val="21"/>
          <w:lang w:val="es-PA"/>
        </w:rPr>
        <w:t>Primero se hace el modelo E-R (conceptual) y despues se mapea al modelo relacional (logico) para definir las tablas definitivas.</w:t>
      </w:r>
    </w:p>
    <w:p w14:paraId="0F782298" w14:textId="77777777" w:rsidR="00BE52EF" w:rsidRPr="007D1610" w:rsidRDefault="00000000">
      <w:pPr>
        <w:spacing w:before="240" w:after="80"/>
        <w:rPr>
          <w:lang w:val="es-PA"/>
        </w:rPr>
      </w:pPr>
      <w:r w:rsidRPr="007D1610">
        <w:rPr>
          <w:b/>
          <w:color w:val="2E5C8A"/>
          <w:sz w:val="26"/>
          <w:lang w:val="es-PA"/>
        </w:rPr>
        <w:t>Idea final</w:t>
      </w:r>
    </w:p>
    <w:p w14:paraId="0ED3DDFD" w14:textId="77777777" w:rsidR="00BE52EF" w:rsidRPr="007D1610" w:rsidRDefault="00000000">
      <w:pPr>
        <w:rPr>
          <w:lang w:val="es-PA"/>
        </w:rPr>
      </w:pPr>
      <w:r w:rsidRPr="007D1610">
        <w:rPr>
          <w:lang w:val="es-PA"/>
        </w:rPr>
        <w:t>SQL es la version DECLARATIVA del Algebra Relacional: tu declaras QUE quieres (SELECT), mientras que el algebra describe COMO obtenerlo a traves de sus operaciones.</w:t>
      </w:r>
    </w:p>
    <w:p w14:paraId="4F1E07AF" w14:textId="77777777" w:rsidR="007D1610" w:rsidRPr="007D1610" w:rsidRDefault="007D1610">
      <w:pPr>
        <w:rPr>
          <w:lang w:val="es-PA"/>
        </w:rPr>
      </w:pPr>
    </w:p>
    <w:p w14:paraId="47AE3C61" w14:textId="338CFBF8" w:rsidR="007D1610" w:rsidRPr="007D1610" w:rsidRDefault="007D1610">
      <w:pPr>
        <w:rPr>
          <w:lang w:val="es-PA"/>
        </w:rPr>
      </w:pPr>
      <w:r w:rsidRPr="007D1610">
        <w:rPr>
          <w:lang w:val="es-PA"/>
        </w:rPr>
        <w:t>Õ</w:t>
      </w:r>
      <w:r>
        <w:rPr>
          <w:lang w:val="es-PA"/>
        </w:rPr>
        <w:t>ÕÒ</w:t>
      </w:r>
    </w:p>
    <w:p w14:paraId="70F7F24C" w14:textId="77777777" w:rsidR="00BE52EF" w:rsidRPr="007D1610" w:rsidRDefault="00BE52EF">
      <w:pPr>
        <w:pBdr>
          <w:bottom w:val="single" w:sz="8" w:space="0" w:color="1F3A5F"/>
        </w:pBdr>
        <w:spacing w:before="40" w:after="40"/>
        <w:rPr>
          <w:lang w:val="es-PA"/>
        </w:rPr>
      </w:pPr>
    </w:p>
    <w:p w14:paraId="73174112" w14:textId="77777777" w:rsidR="00BE52EF" w:rsidRPr="007D1610" w:rsidRDefault="00000000">
      <w:pPr>
        <w:jc w:val="center"/>
        <w:rPr>
          <w:lang w:val="es-PA"/>
        </w:rPr>
      </w:pPr>
      <w:r w:rsidRPr="007D1610">
        <w:rPr>
          <w:i/>
          <w:color w:val="444444"/>
          <w:sz w:val="18"/>
          <w:lang w:val="es-PA"/>
        </w:rPr>
        <w:t>Base de Datos I  |  Unidad IV: Fundamentos del Modelo Relacional  |  Prof. Marlenis A. Pimentel M.</w:t>
      </w:r>
    </w:p>
    <w:sectPr w:rsidR="00BE52EF" w:rsidRPr="007D1610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1090266">
    <w:abstractNumId w:val="8"/>
  </w:num>
  <w:num w:numId="2" w16cid:durableId="743576255">
    <w:abstractNumId w:val="6"/>
  </w:num>
  <w:num w:numId="3" w16cid:durableId="86124796">
    <w:abstractNumId w:val="5"/>
  </w:num>
  <w:num w:numId="4" w16cid:durableId="210003447">
    <w:abstractNumId w:val="4"/>
  </w:num>
  <w:num w:numId="5" w16cid:durableId="2112316290">
    <w:abstractNumId w:val="7"/>
  </w:num>
  <w:num w:numId="6" w16cid:durableId="1844707965">
    <w:abstractNumId w:val="3"/>
  </w:num>
  <w:num w:numId="7" w16cid:durableId="1665817703">
    <w:abstractNumId w:val="2"/>
  </w:num>
  <w:num w:numId="8" w16cid:durableId="1295721902">
    <w:abstractNumId w:val="1"/>
  </w:num>
  <w:num w:numId="9" w16cid:durableId="2021196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D1610"/>
    <w:rsid w:val="009A18CB"/>
    <w:rsid w:val="00AA1D8D"/>
    <w:rsid w:val="00B47730"/>
    <w:rsid w:val="00BE52EF"/>
    <w:rsid w:val="00C167B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A7847F4"/>
  <w14:defaultImageDpi w14:val="300"/>
  <w15:docId w15:val="{09E44338-6F7B-4CD4-98F0-3BBEF37A3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Calibri" w:eastAsia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1100</TotalTime>
  <Pages>1</Pages>
  <Words>3018</Words>
  <Characters>16600</Characters>
  <Application>Microsoft Office Word</Application>
  <DocSecurity>0</DocSecurity>
  <Lines>138</Lines>
  <Paragraphs>39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19579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DERIZ GUTIERREZ</cp:lastModifiedBy>
  <cp:revision>3</cp:revision>
  <dcterms:created xsi:type="dcterms:W3CDTF">2013-12-23T23:15:00Z</dcterms:created>
  <dcterms:modified xsi:type="dcterms:W3CDTF">2026-10-03T15:33:00Z</dcterms:modified>
  <cp:category/>
</cp:coreProperties>
</file>